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ook w:val="04A0" w:firstRow="1" w:lastRow="0" w:firstColumn="1" w:lastColumn="0" w:noHBand="0" w:noVBand="1"/>
      </w:tblPr>
      <w:tblGrid>
        <w:gridCol w:w="10224"/>
      </w:tblGrid>
      <w:tr w:rsidR="009C2F37" w:rsidTr="04CE27AB" w14:paraId="25BECC05" w14:textId="77777777">
        <w:trPr>
          <w:jc w:val="center"/>
        </w:trPr>
        <w:tc>
          <w:tcPr>
            <w:tcW w:w="10224" w:type="dxa"/>
            <w:shd w:val="clear" w:color="auto" w:fill="D9EAF7"/>
            <w:tcMar>
              <w:top w:w="220" w:type="dxa"/>
              <w:left w:w="180" w:type="dxa"/>
              <w:bottom w:w="220" w:type="dxa"/>
              <w:right w:w="180" w:type="dxa"/>
            </w:tcMar>
          </w:tcPr>
          <w:p w:rsidR="009C2F37" w:rsidRDefault="0073548A" w14:paraId="19B0A66A" w14:textId="03DFAFB1">
            <w:pPr>
              <w:jc w:val="center"/>
            </w:pPr>
            <w:r w:rsidRPr="04CE27AB" w:rsidR="0073548A">
              <w:rPr>
                <w:rFonts w:ascii="Aptos Display" w:hAnsi="Aptos Display"/>
                <w:b w:val="1"/>
                <w:bCs w:val="1"/>
                <w:color w:val="1F4E79"/>
                <w:sz w:val="44"/>
                <w:szCs w:val="44"/>
              </w:rPr>
              <w:t>Research Grant Application</w:t>
            </w:r>
            <w:r w:rsidRPr="04CE27AB" w:rsidR="338543C2">
              <w:rPr>
                <w:rFonts w:ascii="Aptos Display" w:hAnsi="Aptos Display"/>
                <w:b w:val="1"/>
                <w:bCs w:val="1"/>
                <w:color w:val="1F4E79"/>
                <w:sz w:val="44"/>
                <w:szCs w:val="44"/>
              </w:rPr>
              <w:t xml:space="preserve"> 2026</w:t>
            </w:r>
          </w:p>
          <w:p w:rsidR="009C2F37" w:rsidRDefault="0073548A" w14:paraId="28ECF6A4" w14:textId="77777777">
            <w:pPr>
              <w:jc w:val="center"/>
            </w:pPr>
            <w:r>
              <w:rPr>
                <w:sz w:val="22"/>
              </w:rPr>
              <w:t>Rod Donald Banks Peninsula Trust</w:t>
            </w:r>
          </w:p>
        </w:tc>
      </w:tr>
    </w:tbl>
    <w:p w:rsidR="009C2F37" w:rsidRDefault="0073548A" w14:paraId="23A59883" w14:textId="77777777">
      <w:pPr>
        <w:jc w:val="center"/>
      </w:pPr>
      <w:r>
        <w:rPr>
          <w:i/>
          <w:sz w:val="20"/>
        </w:rPr>
        <w:t>Applicants should complete all sections. Word limits are provided to support concise, comparable applications. Attach supporting documents where requested.</w:t>
      </w:r>
    </w:p>
    <w:tbl>
      <w:tblPr>
        <w:tblW w:w="0" w:type="auto"/>
        <w:jc w:val="center"/>
        <w:tblLook w:val="04A0" w:firstRow="1" w:lastRow="0" w:firstColumn="1" w:lastColumn="0" w:noHBand="0" w:noVBand="1"/>
      </w:tblPr>
      <w:tblGrid>
        <w:gridCol w:w="10224"/>
      </w:tblGrid>
      <w:tr w:rsidR="009C2F37" w:rsidTr="1E2A36C0" w14:paraId="69664E4F" w14:textId="77777777">
        <w:trPr>
          <w:jc w:val="center"/>
        </w:trPr>
        <w:tc>
          <w:tcPr>
            <w:tcW w:w="10224" w:type="dxa"/>
            <w:shd w:val="clear" w:color="auto" w:fill="E2F0D9"/>
            <w:tcMar>
              <w:top w:w="140" w:type="dxa"/>
              <w:left w:w="160" w:type="dxa"/>
              <w:bottom w:w="140" w:type="dxa"/>
              <w:right w:w="160" w:type="dxa"/>
            </w:tcMar>
          </w:tcPr>
          <w:p w:rsidR="009C2F37" w:rsidP="1E2A36C0" w:rsidRDefault="0073548A" w14:paraId="22D89203" w14:textId="101B6889">
            <w:pPr>
              <w:pStyle w:val="Normal"/>
              <w:suppressLineNumbers w:val="0"/>
              <w:bidi w:val="0"/>
              <w:spacing w:before="0" w:beforeAutospacing="off" w:after="120" w:afterAutospacing="off" w:line="252" w:lineRule="auto"/>
              <w:ind w:left="0" w:right="0"/>
              <w:jc w:val="left"/>
            </w:pPr>
            <w:r w:rsidR="0073548A">
              <w:rPr/>
              <w:t xml:space="preserve">Submission: Please email your </w:t>
            </w:r>
            <w:r w:rsidR="0073548A">
              <w:rPr/>
              <w:t xml:space="preserve">completed application and any supporting documentation to Shelley Washington, Trust Manager, at manager@roddonaldtrust.co.nz. Applications must be received by </w:t>
            </w:r>
            <w:r w:rsidR="2260CAB3">
              <w:rPr/>
              <w:t>30 October 2026</w:t>
            </w:r>
            <w:r w:rsidR="0073548A">
              <w:rPr/>
              <w:t>.</w:t>
            </w:r>
          </w:p>
        </w:tc>
      </w:tr>
    </w:tbl>
    <w:p w:rsidR="009C2F37" w:rsidRDefault="0073548A" w14:paraId="14D72902" w14:textId="77777777">
      <w:pPr>
        <w:pStyle w:val="Heading1"/>
      </w:pPr>
      <w:r>
        <w:rPr>
          <w:rFonts w:ascii="Aptos" w:hAnsi="Aptos" w:eastAsia="Aptos"/>
        </w:rPr>
        <w:t>Applicant and Project Details</w:t>
      </w:r>
    </w:p>
    <w:p w:rsidR="009C2F37" w:rsidP="64036E25" w:rsidRDefault="0073548A" w14:paraId="1D4CF251" w14:textId="54FF733B">
      <w:pPr>
        <w:pStyle w:val="Heading2"/>
        <w:suppressLineNumbers w:val="0"/>
        <w:bidi w:val="0"/>
        <w:spacing w:before="120" w:beforeAutospacing="off" w:after="80" w:afterAutospacing="off" w:line="252" w:lineRule="auto"/>
        <w:ind w:left="0" w:right="0"/>
        <w:jc w:val="left"/>
      </w:pPr>
      <w:r w:rsidRPr="64036E25" w:rsidR="363E2531">
        <w:rPr>
          <w:rFonts w:ascii="Aptos" w:hAnsi="Aptos" w:eastAsia="Aptos"/>
        </w:rPr>
        <w:t xml:space="preserve">1. Project </w:t>
      </w:r>
      <w:r w:rsidRPr="64036E25" w:rsidR="363E2531">
        <w:rPr>
          <w:rFonts w:ascii="Aptos" w:hAnsi="Aptos" w:eastAsia="Aptos"/>
        </w:rPr>
        <w:t>title</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w:t>
      </w:r>
      <w:r w:rsidRPr="64036E25" w:rsidR="5D367CBE">
        <w:rPr>
          <w:rFonts w:ascii="Aptos" w:hAnsi="Aptos" w:eastAsia="Aptos"/>
          <w:b w:val="0"/>
          <w:bCs w:val="0"/>
          <w:color w:val="666666"/>
          <w:sz w:val="18"/>
          <w:szCs w:val="18"/>
        </w:rPr>
        <w:t>15</w:t>
      </w:r>
      <w:r w:rsidRPr="64036E25" w:rsidR="363E2531">
        <w:rPr>
          <w:rFonts w:ascii="Aptos" w:hAnsi="Aptos" w:eastAsia="Aptos"/>
          <w:b w:val="0"/>
          <w:bCs w:val="0"/>
          <w:color w:val="666666"/>
          <w:sz w:val="18"/>
          <w:szCs w:val="18"/>
        </w:rPr>
        <w:t xml:space="preserve"> words</w:t>
      </w:r>
    </w:p>
    <w:p w:rsidR="009C2F37" w:rsidRDefault="0073548A" w14:paraId="2BF8D6EF" w14:textId="77777777">
      <w:pPr>
        <w:spacing w:after="60"/>
      </w:pPr>
      <w:r>
        <w:t>Provide the title of the proposed research project.</w:t>
      </w:r>
    </w:p>
    <w:tbl>
      <w:tblPr>
        <w:tblW w:w="0" w:type="auto"/>
        <w:jc w:val="center"/>
        <w:tblLook w:val="04A0" w:firstRow="1" w:lastRow="0" w:firstColumn="1" w:lastColumn="0" w:noHBand="0" w:noVBand="1"/>
      </w:tblPr>
      <w:tblGrid>
        <w:gridCol w:w="10224"/>
      </w:tblGrid>
      <w:tr w:rsidR="009C2F37" w14:paraId="711E12C5" w14:textId="77777777">
        <w:trPr>
          <w:jc w:val="center"/>
        </w:trPr>
        <w:tc>
          <w:tcPr>
            <w:tcW w:w="10224" w:type="dxa"/>
            <w:shd w:val="clear" w:color="auto" w:fill="FFFFFF"/>
            <w:tcMar>
              <w:top w:w="120" w:type="dxa"/>
              <w:left w:w="140" w:type="dxa"/>
              <w:bottom w:w="120" w:type="dxa"/>
              <w:right w:w="140" w:type="dxa"/>
            </w:tcMar>
          </w:tcPr>
          <w:p w:rsidR="009C2F37" w:rsidRDefault="009C2F37" w14:paraId="045A4992" w14:textId="77777777"/>
          <w:p w:rsidR="009C2F37" w:rsidRDefault="009C2F37" w14:paraId="16C5291A" w14:textId="77777777">
            <w:pPr>
              <w:spacing w:after="240"/>
            </w:pPr>
          </w:p>
          <w:p w:rsidR="009C2F37" w:rsidRDefault="009C2F37" w14:paraId="24C693BA" w14:textId="77777777">
            <w:pPr>
              <w:spacing w:after="240"/>
            </w:pPr>
          </w:p>
        </w:tc>
      </w:tr>
    </w:tbl>
    <w:p w:rsidR="009C2F37" w:rsidP="64036E25" w:rsidRDefault="0073548A" w14:paraId="29C3055B" w14:textId="400922C3">
      <w:pPr>
        <w:pStyle w:val="Heading2"/>
        <w:suppressLineNumbers w:val="0"/>
        <w:bidi w:val="0"/>
        <w:spacing w:before="120" w:beforeAutospacing="off" w:after="80" w:afterAutospacing="off" w:line="252" w:lineRule="auto"/>
        <w:ind w:left="0" w:right="0"/>
        <w:jc w:val="left"/>
      </w:pPr>
      <w:r w:rsidRPr="206C4EDE" w:rsidR="363E2531">
        <w:rPr>
          <w:rFonts w:ascii="Aptos" w:hAnsi="Aptos" w:eastAsia="Aptos"/>
        </w:rPr>
        <w:t xml:space="preserve">2. Research </w:t>
      </w:r>
      <w:r w:rsidRPr="206C4EDE" w:rsidR="363E2531">
        <w:rPr>
          <w:rFonts w:ascii="Aptos" w:hAnsi="Aptos" w:eastAsia="Aptos"/>
        </w:rPr>
        <w:t>team</w:t>
      </w:r>
      <w:r w:rsidRPr="206C4EDE" w:rsidR="363E2531">
        <w:rPr>
          <w:rFonts w:ascii="Aptos" w:hAnsi="Aptos" w:eastAsia="Aptos"/>
          <w:b w:val="0"/>
          <w:bCs w:val="0"/>
          <w:color w:val="666666"/>
          <w:sz w:val="18"/>
          <w:szCs w:val="18"/>
        </w:rPr>
        <w:t xml:space="preserve">  |</w:t>
      </w:r>
      <w:r w:rsidRPr="206C4EDE" w:rsidR="363E2531">
        <w:rPr>
          <w:rFonts w:ascii="Aptos" w:hAnsi="Aptos" w:eastAsia="Aptos"/>
          <w:b w:val="0"/>
          <w:bCs w:val="0"/>
          <w:color w:val="666666"/>
          <w:sz w:val="18"/>
          <w:szCs w:val="18"/>
        </w:rPr>
        <w:t xml:space="preserve">  Word limit: </w:t>
      </w:r>
      <w:r w:rsidRPr="206C4EDE" w:rsidR="2EA79930">
        <w:rPr>
          <w:rFonts w:ascii="Aptos" w:hAnsi="Aptos" w:eastAsia="Aptos"/>
          <w:b w:val="0"/>
          <w:bCs w:val="0"/>
          <w:color w:val="666666"/>
          <w:sz w:val="18"/>
          <w:szCs w:val="18"/>
        </w:rPr>
        <w:t>100</w:t>
      </w:r>
      <w:r w:rsidRPr="206C4EDE" w:rsidR="202EC5E3">
        <w:rPr>
          <w:rFonts w:ascii="Aptos" w:hAnsi="Aptos" w:eastAsia="Aptos"/>
          <w:b w:val="0"/>
          <w:bCs w:val="0"/>
          <w:color w:val="666666"/>
          <w:sz w:val="18"/>
          <w:szCs w:val="18"/>
        </w:rPr>
        <w:t xml:space="preserve"> </w:t>
      </w:r>
      <w:r w:rsidRPr="206C4EDE" w:rsidR="363E2531">
        <w:rPr>
          <w:rFonts w:ascii="Aptos" w:hAnsi="Aptos" w:eastAsia="Aptos"/>
          <w:b w:val="0"/>
          <w:bCs w:val="0"/>
          <w:color w:val="666666"/>
          <w:sz w:val="18"/>
          <w:szCs w:val="18"/>
        </w:rPr>
        <w:t>words</w:t>
      </w:r>
    </w:p>
    <w:p w:rsidR="009C2F37" w:rsidRDefault="0073548A" w14:paraId="39B13C37" w14:textId="77777777">
      <w:pPr>
        <w:spacing w:after="60"/>
      </w:pPr>
      <w:r>
        <w:t>List the names, roles and relevant qualifications of all researchers involved, including any supervisors.</w:t>
      </w:r>
    </w:p>
    <w:tbl>
      <w:tblPr>
        <w:tblW w:w="0" w:type="auto"/>
        <w:jc w:val="center"/>
        <w:tblLook w:val="04A0" w:firstRow="1" w:lastRow="0" w:firstColumn="1" w:lastColumn="0" w:noHBand="0" w:noVBand="1"/>
      </w:tblPr>
      <w:tblGrid>
        <w:gridCol w:w="10224"/>
      </w:tblGrid>
      <w:tr w:rsidR="009C2F37" w14:paraId="51588B50" w14:textId="77777777">
        <w:trPr>
          <w:jc w:val="center"/>
        </w:trPr>
        <w:tc>
          <w:tcPr>
            <w:tcW w:w="10224" w:type="dxa"/>
            <w:shd w:val="clear" w:color="auto" w:fill="FFFFFF"/>
            <w:tcMar>
              <w:top w:w="120" w:type="dxa"/>
              <w:left w:w="140" w:type="dxa"/>
              <w:bottom w:w="120" w:type="dxa"/>
              <w:right w:w="140" w:type="dxa"/>
            </w:tcMar>
          </w:tcPr>
          <w:p w:rsidR="009C2F37" w:rsidRDefault="009C2F37" w14:paraId="5F5FE0BF" w14:textId="77777777"/>
          <w:p w:rsidR="009C2F37" w:rsidRDefault="009C2F37" w14:paraId="7C3DE643" w14:textId="77777777">
            <w:pPr>
              <w:spacing w:after="240"/>
            </w:pPr>
          </w:p>
          <w:p w:rsidR="009C2F37" w:rsidRDefault="009C2F37" w14:paraId="6DB7813D" w14:textId="77777777">
            <w:pPr>
              <w:spacing w:after="240"/>
            </w:pPr>
          </w:p>
          <w:p w:rsidR="009C2F37" w:rsidRDefault="009C2F37" w14:paraId="33E5E664" w14:textId="77777777">
            <w:pPr>
              <w:spacing w:after="240"/>
            </w:pPr>
          </w:p>
          <w:p w:rsidR="009C2F37" w:rsidRDefault="009C2F37" w14:paraId="15C44D18" w14:textId="77777777">
            <w:pPr>
              <w:spacing w:after="240"/>
            </w:pPr>
          </w:p>
          <w:p w:rsidR="009C2F37" w:rsidRDefault="009C2F37" w14:paraId="26CE3F21" w14:textId="77777777">
            <w:pPr>
              <w:spacing w:after="240"/>
            </w:pPr>
          </w:p>
        </w:tc>
      </w:tr>
    </w:tbl>
    <w:p w:rsidR="009C2F37" w:rsidRDefault="0073548A" w14:paraId="4CE549FD" w14:textId="64E43E44">
      <w:pPr>
        <w:pStyle w:val="Heading2"/>
      </w:pPr>
      <w:r w:rsidRPr="64036E25" w:rsidR="363E2531">
        <w:rPr>
          <w:rFonts w:ascii="Aptos" w:hAnsi="Aptos" w:eastAsia="Aptos"/>
        </w:rPr>
        <w:t xml:space="preserve">3. </w:t>
      </w:r>
      <w:r w:rsidRPr="64036E25" w:rsidR="363E2531">
        <w:rPr>
          <w:rFonts w:ascii="Aptos" w:hAnsi="Aptos" w:eastAsia="Aptos"/>
        </w:rPr>
        <w:t xml:space="preserve">Affiliated </w:t>
      </w:r>
      <w:r w:rsidRPr="64036E25" w:rsidR="363E2531">
        <w:rPr>
          <w:rFonts w:ascii="Aptos" w:hAnsi="Aptos" w:eastAsia="Aptos"/>
        </w:rPr>
        <w:t>organisation</w:t>
      </w:r>
      <w:r w:rsidRPr="64036E25" w:rsidR="363E2531">
        <w:rPr>
          <w:rFonts w:ascii="Aptos" w:hAnsi="Aptos" w:eastAsia="Aptos"/>
        </w:rPr>
        <w:t>(</w:t>
      </w:r>
      <w:r w:rsidRPr="64036E25" w:rsidR="363E2531">
        <w:rPr>
          <w:rFonts w:ascii="Aptos" w:hAnsi="Aptos" w:eastAsia="Aptos"/>
        </w:rPr>
        <w:t>s)</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w:t>
      </w:r>
      <w:r w:rsidRPr="64036E25" w:rsidR="297BC0F2">
        <w:rPr>
          <w:rFonts w:ascii="Aptos" w:hAnsi="Aptos" w:eastAsia="Aptos"/>
          <w:b w:val="0"/>
          <w:bCs w:val="0"/>
          <w:color w:val="666666"/>
          <w:sz w:val="18"/>
          <w:szCs w:val="18"/>
        </w:rPr>
        <w:t>5</w:t>
      </w:r>
      <w:r w:rsidRPr="64036E25" w:rsidR="363E2531">
        <w:rPr>
          <w:rFonts w:ascii="Aptos" w:hAnsi="Aptos" w:eastAsia="Aptos"/>
          <w:b w:val="0"/>
          <w:bCs w:val="0"/>
          <w:color w:val="666666"/>
          <w:sz w:val="18"/>
          <w:szCs w:val="18"/>
        </w:rPr>
        <w:t>0 words</w:t>
      </w:r>
    </w:p>
    <w:p w:rsidR="009C2F37" w:rsidRDefault="0073548A" w14:paraId="13544528" w14:textId="77777777">
      <w:pPr>
        <w:spacing w:after="60"/>
      </w:pPr>
      <w:r>
        <w:t>Provide the name(s) of any organisation(s), institution(s), agency(ies) or iwi/hapu entities with which the researchers are associated.</w:t>
      </w:r>
    </w:p>
    <w:tbl>
      <w:tblPr>
        <w:tblW w:w="0" w:type="auto"/>
        <w:jc w:val="center"/>
        <w:tblLook w:val="04A0" w:firstRow="1" w:lastRow="0" w:firstColumn="1" w:lastColumn="0" w:noHBand="0" w:noVBand="1"/>
      </w:tblPr>
      <w:tblGrid>
        <w:gridCol w:w="10224"/>
      </w:tblGrid>
      <w:tr w:rsidR="009C2F37" w14:paraId="4723C33F" w14:textId="77777777">
        <w:trPr>
          <w:jc w:val="center"/>
        </w:trPr>
        <w:tc>
          <w:tcPr>
            <w:tcW w:w="10224" w:type="dxa"/>
            <w:shd w:val="clear" w:color="auto" w:fill="FFFFFF"/>
            <w:tcMar>
              <w:top w:w="120" w:type="dxa"/>
              <w:left w:w="140" w:type="dxa"/>
              <w:bottom w:w="120" w:type="dxa"/>
              <w:right w:w="140" w:type="dxa"/>
            </w:tcMar>
          </w:tcPr>
          <w:p w:rsidR="009C2F37" w:rsidRDefault="009C2F37" w14:paraId="22EDC5A2" w14:textId="77777777"/>
          <w:p w:rsidR="009C2F37" w:rsidRDefault="009C2F37" w14:paraId="16C390E0" w14:textId="77777777">
            <w:pPr>
              <w:spacing w:after="240"/>
            </w:pPr>
          </w:p>
          <w:p w:rsidR="009C2F37" w:rsidRDefault="009C2F37" w14:paraId="67999D9E" w14:textId="77777777">
            <w:pPr>
              <w:spacing w:after="240"/>
            </w:pPr>
          </w:p>
          <w:p w:rsidR="009C2F37" w:rsidRDefault="009C2F37" w14:paraId="0B4091BD" w14:textId="77777777">
            <w:pPr>
              <w:spacing w:after="240"/>
            </w:pPr>
          </w:p>
        </w:tc>
      </w:tr>
    </w:tbl>
    <w:p w:rsidR="009C2F37" w:rsidRDefault="0073548A" w14:paraId="42061B95" w14:textId="77777777">
      <w:pPr>
        <w:pStyle w:val="Heading2"/>
      </w:pPr>
      <w:r>
        <w:rPr>
          <w:rFonts w:ascii="Aptos" w:hAnsi="Aptos" w:eastAsia="Aptos"/>
        </w:rPr>
        <w:lastRenderedPageBreak/>
        <w:t>4. Primary researcher contact details</w:t>
      </w:r>
    </w:p>
    <w:tbl>
      <w:tblPr>
        <w:tblStyle w:val="TableGrid"/>
        <w:tblW w:w="0" w:type="auto"/>
        <w:jc w:val="center"/>
        <w:tblLook w:val="04A0" w:firstRow="1" w:lastRow="0" w:firstColumn="1" w:lastColumn="0" w:noHBand="0" w:noVBand="1"/>
      </w:tblPr>
      <w:tblGrid>
        <w:gridCol w:w="2547"/>
        <w:gridCol w:w="7667"/>
      </w:tblGrid>
      <w:tr w:rsidR="009C2F37" w14:paraId="608183AE" w14:textId="77777777">
        <w:trPr>
          <w:tblHeader/>
          <w:jc w:val="center"/>
        </w:trPr>
        <w:tc>
          <w:tcPr>
            <w:tcW w:w="2592" w:type="dxa"/>
            <w:shd w:val="clear" w:color="auto" w:fill="548235"/>
            <w:tcMar>
              <w:top w:w="100" w:type="dxa"/>
              <w:left w:w="100" w:type="dxa"/>
              <w:bottom w:w="100" w:type="dxa"/>
              <w:right w:w="100" w:type="dxa"/>
            </w:tcMar>
            <w:vAlign w:val="center"/>
          </w:tcPr>
          <w:p w:rsidR="009C2F37" w:rsidRDefault="0073548A" w14:paraId="7F5CF8D8" w14:textId="77777777">
            <w:pPr>
              <w:jc w:val="center"/>
            </w:pPr>
            <w:r>
              <w:rPr>
                <w:b/>
                <w:color w:val="FFFFFF"/>
                <w:sz w:val="19"/>
              </w:rPr>
              <w:t>Detail</w:t>
            </w:r>
          </w:p>
        </w:tc>
        <w:tc>
          <w:tcPr>
            <w:tcW w:w="7920" w:type="dxa"/>
            <w:shd w:val="clear" w:color="auto" w:fill="548235"/>
            <w:tcMar>
              <w:top w:w="100" w:type="dxa"/>
              <w:left w:w="100" w:type="dxa"/>
              <w:bottom w:w="100" w:type="dxa"/>
              <w:right w:w="100" w:type="dxa"/>
            </w:tcMar>
            <w:vAlign w:val="center"/>
          </w:tcPr>
          <w:p w:rsidR="009C2F37" w:rsidRDefault="0073548A" w14:paraId="2CC36EE1" w14:textId="77777777">
            <w:pPr>
              <w:jc w:val="center"/>
            </w:pPr>
            <w:r>
              <w:rPr>
                <w:b/>
                <w:color w:val="FFFFFF"/>
                <w:sz w:val="19"/>
              </w:rPr>
              <w:t>Applicant response</w:t>
            </w:r>
          </w:p>
        </w:tc>
      </w:tr>
      <w:tr w:rsidR="009C2F37" w14:paraId="6E1C36F2" w14:textId="77777777">
        <w:trPr>
          <w:jc w:val="center"/>
        </w:trPr>
        <w:tc>
          <w:tcPr>
            <w:tcW w:w="2592" w:type="dxa"/>
            <w:tcMar>
              <w:top w:w="100" w:type="dxa"/>
              <w:left w:w="100" w:type="dxa"/>
              <w:bottom w:w="100" w:type="dxa"/>
              <w:right w:w="100" w:type="dxa"/>
            </w:tcMar>
            <w:vAlign w:val="center"/>
          </w:tcPr>
          <w:p w:rsidR="009C2F37" w:rsidRDefault="0073548A" w14:paraId="63A59129" w14:textId="77777777">
            <w:r>
              <w:t>Full name</w:t>
            </w:r>
          </w:p>
        </w:tc>
        <w:tc>
          <w:tcPr>
            <w:tcW w:w="7920" w:type="dxa"/>
            <w:tcMar>
              <w:top w:w="100" w:type="dxa"/>
              <w:left w:w="100" w:type="dxa"/>
              <w:bottom w:w="100" w:type="dxa"/>
              <w:right w:w="100" w:type="dxa"/>
            </w:tcMar>
            <w:vAlign w:val="center"/>
          </w:tcPr>
          <w:p w:rsidR="009C2F37" w:rsidRDefault="009C2F37" w14:paraId="61BEC1C3" w14:textId="77777777"/>
        </w:tc>
      </w:tr>
      <w:tr w:rsidR="009C2F37" w14:paraId="36515D8A" w14:textId="77777777">
        <w:trPr>
          <w:jc w:val="center"/>
        </w:trPr>
        <w:tc>
          <w:tcPr>
            <w:tcW w:w="2592" w:type="dxa"/>
            <w:tcMar>
              <w:top w:w="100" w:type="dxa"/>
              <w:left w:w="100" w:type="dxa"/>
              <w:bottom w:w="100" w:type="dxa"/>
              <w:right w:w="100" w:type="dxa"/>
            </w:tcMar>
            <w:vAlign w:val="center"/>
          </w:tcPr>
          <w:p w:rsidR="009C2F37" w:rsidRDefault="0073548A" w14:paraId="4B74CB56" w14:textId="77777777">
            <w:r>
              <w:t>Position/title</w:t>
            </w:r>
          </w:p>
        </w:tc>
        <w:tc>
          <w:tcPr>
            <w:tcW w:w="7920" w:type="dxa"/>
            <w:tcMar>
              <w:top w:w="100" w:type="dxa"/>
              <w:left w:w="100" w:type="dxa"/>
              <w:bottom w:w="100" w:type="dxa"/>
              <w:right w:w="100" w:type="dxa"/>
            </w:tcMar>
            <w:vAlign w:val="center"/>
          </w:tcPr>
          <w:p w:rsidR="009C2F37" w:rsidRDefault="009C2F37" w14:paraId="5AA991F5" w14:textId="77777777"/>
        </w:tc>
      </w:tr>
      <w:tr w:rsidR="009C2F37" w14:paraId="6A34B696" w14:textId="77777777">
        <w:trPr>
          <w:jc w:val="center"/>
        </w:trPr>
        <w:tc>
          <w:tcPr>
            <w:tcW w:w="2592" w:type="dxa"/>
            <w:tcMar>
              <w:top w:w="100" w:type="dxa"/>
              <w:left w:w="100" w:type="dxa"/>
              <w:bottom w:w="100" w:type="dxa"/>
              <w:right w:w="100" w:type="dxa"/>
            </w:tcMar>
            <w:vAlign w:val="center"/>
          </w:tcPr>
          <w:p w:rsidR="009C2F37" w:rsidRDefault="0073548A" w14:paraId="6A7E426F" w14:textId="77777777">
            <w:r>
              <w:t>Organisation</w:t>
            </w:r>
          </w:p>
        </w:tc>
        <w:tc>
          <w:tcPr>
            <w:tcW w:w="7920" w:type="dxa"/>
            <w:tcMar>
              <w:top w:w="100" w:type="dxa"/>
              <w:left w:w="100" w:type="dxa"/>
              <w:bottom w:w="100" w:type="dxa"/>
              <w:right w:w="100" w:type="dxa"/>
            </w:tcMar>
            <w:vAlign w:val="center"/>
          </w:tcPr>
          <w:p w:rsidR="009C2F37" w:rsidRDefault="009C2F37" w14:paraId="08C78B39" w14:textId="77777777"/>
        </w:tc>
      </w:tr>
      <w:tr w:rsidR="009C2F37" w14:paraId="1C8313AE" w14:textId="77777777">
        <w:trPr>
          <w:jc w:val="center"/>
        </w:trPr>
        <w:tc>
          <w:tcPr>
            <w:tcW w:w="2592" w:type="dxa"/>
            <w:tcMar>
              <w:top w:w="100" w:type="dxa"/>
              <w:left w:w="100" w:type="dxa"/>
              <w:bottom w:w="100" w:type="dxa"/>
              <w:right w:w="100" w:type="dxa"/>
            </w:tcMar>
            <w:vAlign w:val="center"/>
          </w:tcPr>
          <w:p w:rsidR="009C2F37" w:rsidRDefault="0073548A" w14:paraId="034D9121" w14:textId="77777777">
            <w:r>
              <w:t>Email address</w:t>
            </w:r>
          </w:p>
        </w:tc>
        <w:tc>
          <w:tcPr>
            <w:tcW w:w="7920" w:type="dxa"/>
            <w:tcMar>
              <w:top w:w="100" w:type="dxa"/>
              <w:left w:w="100" w:type="dxa"/>
              <w:bottom w:w="100" w:type="dxa"/>
              <w:right w:w="100" w:type="dxa"/>
            </w:tcMar>
            <w:vAlign w:val="center"/>
          </w:tcPr>
          <w:p w:rsidR="009C2F37" w:rsidRDefault="009C2F37" w14:paraId="51C56366" w14:textId="77777777"/>
        </w:tc>
      </w:tr>
      <w:tr w:rsidR="009C2F37" w14:paraId="1169A0C1" w14:textId="77777777">
        <w:trPr>
          <w:jc w:val="center"/>
        </w:trPr>
        <w:tc>
          <w:tcPr>
            <w:tcW w:w="2592" w:type="dxa"/>
            <w:tcMar>
              <w:top w:w="100" w:type="dxa"/>
              <w:left w:w="100" w:type="dxa"/>
              <w:bottom w:w="100" w:type="dxa"/>
              <w:right w:w="100" w:type="dxa"/>
            </w:tcMar>
            <w:vAlign w:val="center"/>
          </w:tcPr>
          <w:p w:rsidR="009C2F37" w:rsidRDefault="0073548A" w14:paraId="6B96B999" w14:textId="77777777">
            <w:r>
              <w:t>Phone number</w:t>
            </w:r>
          </w:p>
        </w:tc>
        <w:tc>
          <w:tcPr>
            <w:tcW w:w="7920" w:type="dxa"/>
            <w:tcMar>
              <w:top w:w="100" w:type="dxa"/>
              <w:left w:w="100" w:type="dxa"/>
              <w:bottom w:w="100" w:type="dxa"/>
              <w:right w:w="100" w:type="dxa"/>
            </w:tcMar>
            <w:vAlign w:val="center"/>
          </w:tcPr>
          <w:p w:rsidR="009C2F37" w:rsidRDefault="009C2F37" w14:paraId="105B160D" w14:textId="77777777"/>
        </w:tc>
      </w:tr>
      <w:tr w:rsidR="009C2F37" w14:paraId="57D7DF45" w14:textId="77777777">
        <w:trPr>
          <w:jc w:val="center"/>
        </w:trPr>
        <w:tc>
          <w:tcPr>
            <w:tcW w:w="2592" w:type="dxa"/>
            <w:tcMar>
              <w:top w:w="100" w:type="dxa"/>
              <w:left w:w="100" w:type="dxa"/>
              <w:bottom w:w="100" w:type="dxa"/>
              <w:right w:w="100" w:type="dxa"/>
            </w:tcMar>
            <w:vAlign w:val="center"/>
          </w:tcPr>
          <w:p w:rsidR="009C2F37" w:rsidRDefault="0073548A" w14:paraId="1C48D027" w14:textId="77777777">
            <w:r>
              <w:t>Postal address</w:t>
            </w:r>
          </w:p>
        </w:tc>
        <w:tc>
          <w:tcPr>
            <w:tcW w:w="7920" w:type="dxa"/>
            <w:tcMar>
              <w:top w:w="100" w:type="dxa"/>
              <w:left w:w="100" w:type="dxa"/>
              <w:bottom w:w="100" w:type="dxa"/>
              <w:right w:w="100" w:type="dxa"/>
            </w:tcMar>
            <w:vAlign w:val="center"/>
          </w:tcPr>
          <w:p w:rsidR="009C2F37" w:rsidRDefault="009C2F37" w14:paraId="306618F3" w14:textId="77777777"/>
        </w:tc>
      </w:tr>
    </w:tbl>
    <w:p w:rsidR="009C2F37" w:rsidRDefault="0073548A" w14:paraId="0F9D2E5D" w14:textId="77777777">
      <w:r>
        <w:br w:type="page"/>
      </w:r>
    </w:p>
    <w:p w:rsidR="009C2F37" w:rsidRDefault="0073548A" w14:paraId="1C086687" w14:textId="77777777">
      <w:pPr>
        <w:pStyle w:val="Heading1"/>
      </w:pPr>
      <w:r>
        <w:rPr>
          <w:rFonts w:ascii="Aptos" w:hAnsi="Aptos" w:eastAsia="Aptos"/>
        </w:rPr>
        <w:lastRenderedPageBreak/>
        <w:t>Research Proposal</w:t>
      </w:r>
    </w:p>
    <w:p w:rsidR="009C2F37" w:rsidP="64036E25" w:rsidRDefault="0073548A" w14:paraId="0951FA20" w14:textId="57050AFB">
      <w:pPr>
        <w:pStyle w:val="Heading2"/>
        <w:suppressLineNumbers w:val="0"/>
        <w:bidi w:val="0"/>
        <w:spacing w:before="120" w:beforeAutospacing="off" w:after="80" w:afterAutospacing="off" w:line="252" w:lineRule="auto"/>
        <w:ind w:left="0" w:right="0"/>
        <w:jc w:val="left"/>
      </w:pPr>
      <w:r w:rsidRPr="64036E25" w:rsidR="363E2531">
        <w:rPr>
          <w:rFonts w:ascii="Aptos" w:hAnsi="Aptos" w:eastAsia="Aptos"/>
        </w:rPr>
        <w:t xml:space="preserve">5. Research </w:t>
      </w:r>
      <w:r w:rsidRPr="64036E25" w:rsidR="363E2531">
        <w:rPr>
          <w:rFonts w:ascii="Aptos" w:hAnsi="Aptos" w:eastAsia="Aptos"/>
        </w:rPr>
        <w:t>overview</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w:t>
      </w:r>
      <w:r w:rsidRPr="64036E25" w:rsidR="348E8B8E">
        <w:rPr>
          <w:rFonts w:ascii="Aptos" w:hAnsi="Aptos" w:eastAsia="Aptos"/>
          <w:b w:val="0"/>
          <w:bCs w:val="0"/>
          <w:color w:val="666666"/>
          <w:sz w:val="18"/>
          <w:szCs w:val="18"/>
        </w:rPr>
        <w:t>500</w:t>
      </w:r>
      <w:r w:rsidRPr="64036E25" w:rsidR="363E2531">
        <w:rPr>
          <w:rFonts w:ascii="Aptos" w:hAnsi="Aptos" w:eastAsia="Aptos"/>
          <w:b w:val="0"/>
          <w:bCs w:val="0"/>
          <w:color w:val="666666"/>
          <w:sz w:val="18"/>
          <w:szCs w:val="18"/>
        </w:rPr>
        <w:t xml:space="preserve"> words</w:t>
      </w:r>
    </w:p>
    <w:p w:rsidR="009C2F37" w:rsidRDefault="0073548A" w14:paraId="28F55021" w14:textId="77777777">
      <w:pPr>
        <w:spacing w:after="60"/>
      </w:pPr>
      <w:r>
        <w:t xml:space="preserve">Describe the broad research aim, primary research question(s), </w:t>
      </w:r>
      <w:r>
        <w:t>research methodology and methods, proposed timeline and key milestones.</w:t>
      </w:r>
    </w:p>
    <w:tbl>
      <w:tblPr>
        <w:tblW w:w="0" w:type="auto"/>
        <w:jc w:val="center"/>
        <w:tblLook w:val="04A0" w:firstRow="1" w:lastRow="0" w:firstColumn="1" w:lastColumn="0" w:noHBand="0" w:noVBand="1"/>
      </w:tblPr>
      <w:tblGrid>
        <w:gridCol w:w="10224"/>
      </w:tblGrid>
      <w:tr w:rsidR="009C2F37" w14:paraId="53B678FC" w14:textId="77777777">
        <w:trPr>
          <w:jc w:val="center"/>
        </w:trPr>
        <w:tc>
          <w:tcPr>
            <w:tcW w:w="10224" w:type="dxa"/>
            <w:shd w:val="clear" w:color="auto" w:fill="FFFFFF"/>
            <w:tcMar>
              <w:top w:w="120" w:type="dxa"/>
              <w:left w:w="140" w:type="dxa"/>
              <w:bottom w:w="120" w:type="dxa"/>
              <w:right w:w="140" w:type="dxa"/>
            </w:tcMar>
          </w:tcPr>
          <w:p w:rsidR="009C2F37" w:rsidRDefault="009C2F37" w14:paraId="660FC5CC" w14:textId="77777777"/>
          <w:p w:rsidR="009C2F37" w:rsidRDefault="009C2F37" w14:paraId="06240BB7" w14:textId="77777777">
            <w:pPr>
              <w:spacing w:after="240"/>
            </w:pPr>
          </w:p>
          <w:p w:rsidR="009C2F37" w:rsidRDefault="009C2F37" w14:paraId="2FE20E79" w14:textId="77777777">
            <w:pPr>
              <w:spacing w:after="240"/>
            </w:pPr>
          </w:p>
          <w:p w:rsidR="009C2F37" w:rsidRDefault="009C2F37" w14:paraId="0E520B21" w14:textId="77777777">
            <w:pPr>
              <w:spacing w:after="240"/>
            </w:pPr>
          </w:p>
          <w:p w:rsidR="009C2F37" w:rsidRDefault="009C2F37" w14:paraId="7C81BC4A" w14:textId="77777777">
            <w:pPr>
              <w:spacing w:after="240"/>
            </w:pPr>
          </w:p>
          <w:p w:rsidR="009C2F37" w:rsidRDefault="009C2F37" w14:paraId="182151C8" w14:textId="77777777">
            <w:pPr>
              <w:spacing w:after="240"/>
            </w:pPr>
          </w:p>
          <w:p w:rsidR="009C2F37" w:rsidRDefault="009C2F37" w14:paraId="514B128A" w14:textId="77777777">
            <w:pPr>
              <w:spacing w:after="240"/>
            </w:pPr>
          </w:p>
          <w:p w:rsidR="009C2F37" w:rsidRDefault="009C2F37" w14:paraId="48130A67" w14:textId="77777777">
            <w:pPr>
              <w:spacing w:after="240"/>
            </w:pPr>
          </w:p>
          <w:p w:rsidR="009C2F37" w:rsidRDefault="009C2F37" w14:paraId="1D82FC31" w14:textId="77777777">
            <w:pPr>
              <w:spacing w:after="240"/>
            </w:pPr>
          </w:p>
          <w:p w:rsidR="009C2F37" w:rsidRDefault="009C2F37" w14:paraId="4511B76C" w14:textId="77777777">
            <w:pPr>
              <w:spacing w:after="240"/>
            </w:pPr>
          </w:p>
        </w:tc>
      </w:tr>
    </w:tbl>
    <w:p w:rsidR="009C2F37" w:rsidRDefault="0073548A" w14:paraId="1A4C31B8" w14:textId="77777777">
      <w:pPr>
        <w:pStyle w:val="Heading2"/>
      </w:pPr>
      <w:r>
        <w:rPr>
          <w:rFonts w:ascii="Aptos" w:hAnsi="Aptos" w:eastAsia="Aptos"/>
        </w:rPr>
        <w:t>6. Research ethics</w:t>
      </w:r>
    </w:p>
    <w:p w:rsidR="009C2F37" w:rsidRDefault="0073548A" w14:paraId="781C0EF8" w14:textId="77777777">
      <w:r>
        <w:t>Does this project require research ethics approval?</w:t>
      </w:r>
    </w:p>
    <w:tbl>
      <w:tblPr>
        <w:tblStyle w:val="TableGrid"/>
        <w:tblW w:w="0" w:type="auto"/>
        <w:jc w:val="center"/>
        <w:tblLook w:val="04A0" w:firstRow="1" w:lastRow="0" w:firstColumn="1" w:lastColumn="0" w:noHBand="0" w:noVBand="1"/>
      </w:tblPr>
      <w:tblGrid>
        <w:gridCol w:w="1728"/>
        <w:gridCol w:w="1728"/>
      </w:tblGrid>
      <w:tr w:rsidR="009C2F37" w14:paraId="231D8071" w14:textId="77777777">
        <w:trPr>
          <w:tblHeader/>
          <w:jc w:val="center"/>
        </w:trPr>
        <w:tc>
          <w:tcPr>
            <w:tcW w:w="1728" w:type="dxa"/>
            <w:shd w:val="clear" w:color="auto" w:fill="548235"/>
            <w:tcMar>
              <w:top w:w="100" w:type="dxa"/>
              <w:left w:w="100" w:type="dxa"/>
              <w:bottom w:w="100" w:type="dxa"/>
              <w:right w:w="100" w:type="dxa"/>
            </w:tcMar>
            <w:vAlign w:val="center"/>
          </w:tcPr>
          <w:p w:rsidR="009C2F37" w:rsidRDefault="0073548A" w14:paraId="677749F6" w14:textId="77777777">
            <w:pPr>
              <w:jc w:val="center"/>
            </w:pPr>
            <w:r>
              <w:rPr>
                <w:b/>
                <w:color w:val="FFFFFF"/>
                <w:sz w:val="19"/>
              </w:rPr>
              <w:t>Yes</w:t>
            </w:r>
          </w:p>
        </w:tc>
        <w:tc>
          <w:tcPr>
            <w:tcW w:w="1728" w:type="dxa"/>
            <w:shd w:val="clear" w:color="auto" w:fill="548235"/>
            <w:tcMar>
              <w:top w:w="100" w:type="dxa"/>
              <w:left w:w="100" w:type="dxa"/>
              <w:bottom w:w="100" w:type="dxa"/>
              <w:right w:w="100" w:type="dxa"/>
            </w:tcMar>
            <w:vAlign w:val="center"/>
          </w:tcPr>
          <w:p w:rsidR="009C2F37" w:rsidRDefault="0073548A" w14:paraId="665D4499" w14:textId="77777777">
            <w:pPr>
              <w:jc w:val="center"/>
            </w:pPr>
            <w:r>
              <w:rPr>
                <w:b/>
                <w:color w:val="FFFFFF"/>
                <w:sz w:val="19"/>
              </w:rPr>
              <w:t>No</w:t>
            </w:r>
          </w:p>
        </w:tc>
      </w:tr>
      <w:tr w:rsidR="009C2F37" w14:paraId="352A024C" w14:textId="77777777">
        <w:trPr>
          <w:jc w:val="center"/>
        </w:trPr>
        <w:tc>
          <w:tcPr>
            <w:tcW w:w="1728" w:type="dxa"/>
            <w:tcMar>
              <w:top w:w="100" w:type="dxa"/>
              <w:left w:w="100" w:type="dxa"/>
              <w:bottom w:w="100" w:type="dxa"/>
              <w:right w:w="100" w:type="dxa"/>
            </w:tcMar>
            <w:vAlign w:val="center"/>
          </w:tcPr>
          <w:p w:rsidR="009C2F37" w:rsidRDefault="0073548A" w14:paraId="3DD5473E" w14:textId="77777777">
            <w:r>
              <w:t>☐</w:t>
            </w:r>
          </w:p>
        </w:tc>
        <w:tc>
          <w:tcPr>
            <w:tcW w:w="1728" w:type="dxa"/>
            <w:tcMar>
              <w:top w:w="100" w:type="dxa"/>
              <w:left w:w="100" w:type="dxa"/>
              <w:bottom w:w="100" w:type="dxa"/>
              <w:right w:w="100" w:type="dxa"/>
            </w:tcMar>
            <w:vAlign w:val="center"/>
          </w:tcPr>
          <w:p w:rsidR="009C2F37" w:rsidRDefault="0073548A" w14:paraId="3A1AE759" w14:textId="77777777">
            <w:r>
              <w:t>☐</w:t>
            </w:r>
          </w:p>
        </w:tc>
      </w:tr>
    </w:tbl>
    <w:p w:rsidR="009C2F37" w:rsidRDefault="0073548A" w14:paraId="27A6E398" w14:textId="1081AA98">
      <w:pPr>
        <w:pStyle w:val="Heading2"/>
      </w:pPr>
      <w:r w:rsidRPr="64036E25" w:rsidR="363E2531">
        <w:rPr>
          <w:rFonts w:ascii="Aptos" w:hAnsi="Aptos" w:eastAsia="Aptos"/>
        </w:rPr>
        <w:t xml:space="preserve">If yes, please provide </w:t>
      </w:r>
      <w:r w:rsidRPr="64036E25" w:rsidR="363E2531">
        <w:rPr>
          <w:rFonts w:ascii="Aptos" w:hAnsi="Aptos" w:eastAsia="Aptos"/>
        </w:rPr>
        <w:t>details</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w:t>
      </w:r>
      <w:r w:rsidRPr="64036E25" w:rsidR="21F075EF">
        <w:rPr>
          <w:rFonts w:ascii="Aptos" w:hAnsi="Aptos" w:eastAsia="Aptos"/>
          <w:b w:val="0"/>
          <w:bCs w:val="0"/>
          <w:color w:val="666666"/>
          <w:sz w:val="18"/>
          <w:szCs w:val="18"/>
        </w:rPr>
        <w:t>10</w:t>
      </w:r>
      <w:r w:rsidRPr="64036E25" w:rsidR="363E2531">
        <w:rPr>
          <w:rFonts w:ascii="Aptos" w:hAnsi="Aptos" w:eastAsia="Aptos"/>
          <w:b w:val="0"/>
          <w:bCs w:val="0"/>
          <w:color w:val="666666"/>
          <w:sz w:val="18"/>
          <w:szCs w:val="18"/>
        </w:rPr>
        <w:t>0 words</w:t>
      </w:r>
    </w:p>
    <w:p w:rsidR="009C2F37" w:rsidRDefault="0073548A" w14:paraId="48760AB8" w14:textId="77777777">
      <w:pPr>
        <w:spacing w:after="60"/>
      </w:pPr>
      <w:r>
        <w:t xml:space="preserve">Specify the ethics </w:t>
      </w:r>
      <w:r>
        <w:t>approval required, the approving body, expected timeframe for approval, and confirm that approval will be in place before research activities commence.</w:t>
      </w:r>
    </w:p>
    <w:tbl>
      <w:tblPr>
        <w:tblW w:w="0" w:type="auto"/>
        <w:jc w:val="center"/>
        <w:tblLook w:val="04A0" w:firstRow="1" w:lastRow="0" w:firstColumn="1" w:lastColumn="0" w:noHBand="0" w:noVBand="1"/>
      </w:tblPr>
      <w:tblGrid>
        <w:gridCol w:w="10224"/>
      </w:tblGrid>
      <w:tr w:rsidR="009C2F37" w14:paraId="0493B2F9" w14:textId="77777777">
        <w:trPr>
          <w:jc w:val="center"/>
        </w:trPr>
        <w:tc>
          <w:tcPr>
            <w:tcW w:w="10224" w:type="dxa"/>
            <w:shd w:val="clear" w:color="auto" w:fill="FFFFFF"/>
            <w:tcMar>
              <w:top w:w="120" w:type="dxa"/>
              <w:left w:w="140" w:type="dxa"/>
              <w:bottom w:w="120" w:type="dxa"/>
              <w:right w:w="140" w:type="dxa"/>
            </w:tcMar>
          </w:tcPr>
          <w:p w:rsidR="009C2F37" w:rsidRDefault="009C2F37" w14:paraId="73862023" w14:textId="77777777"/>
          <w:p w:rsidR="009C2F37" w:rsidRDefault="009C2F37" w14:paraId="7B8BE31C" w14:textId="77777777">
            <w:pPr>
              <w:spacing w:after="240"/>
            </w:pPr>
          </w:p>
          <w:p w:rsidR="009C2F37" w:rsidRDefault="009C2F37" w14:paraId="4094A7E0" w14:textId="77777777">
            <w:pPr>
              <w:spacing w:after="240"/>
            </w:pPr>
          </w:p>
          <w:p w:rsidR="009C2F37" w:rsidRDefault="009C2F37" w14:paraId="21F91C36" w14:textId="77777777">
            <w:pPr>
              <w:spacing w:after="240"/>
            </w:pPr>
          </w:p>
          <w:p w:rsidR="009C2F37" w:rsidRDefault="009C2F37" w14:paraId="6CBC034E" w14:textId="77777777">
            <w:pPr>
              <w:spacing w:after="240"/>
            </w:pPr>
          </w:p>
          <w:p w:rsidR="009C2F37" w:rsidRDefault="009C2F37" w14:paraId="03D7B051" w14:textId="77777777">
            <w:pPr>
              <w:spacing w:after="240"/>
            </w:pPr>
          </w:p>
        </w:tc>
      </w:tr>
    </w:tbl>
    <w:p w:rsidR="009C2F37" w:rsidRDefault="0073548A" w14:paraId="3145BFFE" w14:textId="77777777">
      <w:pPr>
        <w:pStyle w:val="Heading1"/>
      </w:pPr>
      <w:r>
        <w:rPr>
          <w:rFonts w:ascii="Aptos" w:hAnsi="Aptos" w:eastAsia="Aptos"/>
        </w:rPr>
        <w:lastRenderedPageBreak/>
        <w:t>Strategic Alignment and Priorities</w:t>
      </w:r>
    </w:p>
    <w:p w:rsidR="009C2F37" w:rsidRDefault="0073548A" w14:paraId="5BE33C54" w14:textId="11BA8FB6">
      <w:pPr>
        <w:pStyle w:val="Heading2"/>
      </w:pPr>
      <w:r w:rsidRPr="64036E25" w:rsidR="363E2531">
        <w:rPr>
          <w:rFonts w:ascii="Aptos" w:hAnsi="Aptos" w:eastAsia="Aptos"/>
        </w:rPr>
        <w:t xml:space="preserve">7. Alignment with the RDBPT Strategic </w:t>
      </w:r>
      <w:r w:rsidRPr="64036E25" w:rsidR="363E2531">
        <w:rPr>
          <w:rFonts w:ascii="Aptos" w:hAnsi="Aptos" w:eastAsia="Aptos"/>
        </w:rPr>
        <w:t>Plan</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w:t>
      </w:r>
      <w:r w:rsidRPr="64036E25" w:rsidR="762FFC1D">
        <w:rPr>
          <w:rFonts w:ascii="Aptos" w:hAnsi="Aptos" w:eastAsia="Aptos"/>
          <w:b w:val="0"/>
          <w:bCs w:val="0"/>
          <w:color w:val="666666"/>
          <w:sz w:val="18"/>
          <w:szCs w:val="18"/>
        </w:rPr>
        <w:t>2</w:t>
      </w:r>
      <w:r w:rsidRPr="64036E25" w:rsidR="363E2531">
        <w:rPr>
          <w:rFonts w:ascii="Aptos" w:hAnsi="Aptos" w:eastAsia="Aptos"/>
          <w:b w:val="0"/>
          <w:bCs w:val="0"/>
          <w:color w:val="666666"/>
          <w:sz w:val="18"/>
          <w:szCs w:val="18"/>
        </w:rPr>
        <w:t>00 words</w:t>
      </w:r>
    </w:p>
    <w:p w:rsidR="009C2F37" w:rsidRDefault="0073548A" w14:paraId="378E402D" w14:textId="77777777">
      <w:pPr>
        <w:spacing w:after="60"/>
      </w:pPr>
      <w:r>
        <w:t>Explain how the research will help the Rod Donald Banks Peninsula Trust deliver its strategic plan.</w:t>
      </w:r>
    </w:p>
    <w:tbl>
      <w:tblPr>
        <w:tblW w:w="0" w:type="auto"/>
        <w:jc w:val="center"/>
        <w:tblLook w:val="04A0" w:firstRow="1" w:lastRow="0" w:firstColumn="1" w:lastColumn="0" w:noHBand="0" w:noVBand="1"/>
      </w:tblPr>
      <w:tblGrid>
        <w:gridCol w:w="10224"/>
      </w:tblGrid>
      <w:tr w:rsidR="009C2F37" w14:paraId="065A915D" w14:textId="77777777">
        <w:trPr>
          <w:jc w:val="center"/>
        </w:trPr>
        <w:tc>
          <w:tcPr>
            <w:tcW w:w="10224" w:type="dxa"/>
            <w:shd w:val="clear" w:color="auto" w:fill="FFFFFF"/>
            <w:tcMar>
              <w:top w:w="120" w:type="dxa"/>
              <w:left w:w="140" w:type="dxa"/>
              <w:bottom w:w="120" w:type="dxa"/>
              <w:right w:w="140" w:type="dxa"/>
            </w:tcMar>
          </w:tcPr>
          <w:p w:rsidR="009C2F37" w:rsidRDefault="009C2F37" w14:paraId="6740DA22" w14:textId="77777777"/>
          <w:p w:rsidR="009C2F37" w:rsidRDefault="009C2F37" w14:paraId="3DFD37BF" w14:textId="77777777">
            <w:pPr>
              <w:spacing w:after="240"/>
            </w:pPr>
          </w:p>
          <w:p w:rsidR="009C2F37" w:rsidRDefault="009C2F37" w14:paraId="36507BB8" w14:textId="77777777">
            <w:pPr>
              <w:spacing w:after="240"/>
            </w:pPr>
          </w:p>
          <w:p w:rsidR="009C2F37" w:rsidRDefault="009C2F37" w14:paraId="48A719CF" w14:textId="77777777">
            <w:pPr>
              <w:spacing w:after="240"/>
            </w:pPr>
          </w:p>
          <w:p w:rsidR="009C2F37" w:rsidRDefault="009C2F37" w14:paraId="4D95FD7B" w14:textId="77777777">
            <w:pPr>
              <w:spacing w:after="240"/>
            </w:pPr>
          </w:p>
          <w:p w:rsidR="009C2F37" w:rsidRDefault="009C2F37" w14:paraId="0E2A2503" w14:textId="77777777">
            <w:pPr>
              <w:spacing w:after="240"/>
            </w:pPr>
          </w:p>
          <w:p w:rsidR="009C2F37" w:rsidRDefault="009C2F37" w14:paraId="01DAA8F4" w14:textId="77777777">
            <w:pPr>
              <w:spacing w:after="240"/>
            </w:pPr>
          </w:p>
          <w:p w:rsidR="009C2F37" w:rsidRDefault="009C2F37" w14:paraId="3C904958" w14:textId="77777777">
            <w:pPr>
              <w:spacing w:after="240"/>
            </w:pPr>
          </w:p>
        </w:tc>
      </w:tr>
    </w:tbl>
    <w:p w:rsidR="009C2F37" w:rsidRDefault="0073548A" w14:paraId="5B873F7A" w14:textId="2A2CCDAD">
      <w:pPr>
        <w:pStyle w:val="Heading2"/>
      </w:pPr>
      <w:r w:rsidRPr="64036E25" w:rsidR="363E2531">
        <w:rPr>
          <w:rFonts w:ascii="Aptos" w:hAnsi="Aptos" w:eastAsia="Aptos"/>
        </w:rPr>
        <w:t xml:space="preserve">8. Contribution to 2026 biodiversity </w:t>
      </w:r>
      <w:r w:rsidRPr="64036E25" w:rsidR="363E2531">
        <w:rPr>
          <w:rFonts w:ascii="Aptos" w:hAnsi="Aptos" w:eastAsia="Aptos"/>
        </w:rPr>
        <w:t>priorities</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w:t>
      </w:r>
      <w:r w:rsidRPr="64036E25" w:rsidR="3D652F8F">
        <w:rPr>
          <w:rFonts w:ascii="Aptos" w:hAnsi="Aptos" w:eastAsia="Aptos"/>
          <w:b w:val="0"/>
          <w:bCs w:val="0"/>
          <w:color w:val="666666"/>
          <w:sz w:val="18"/>
          <w:szCs w:val="18"/>
        </w:rPr>
        <w:t>3</w:t>
      </w:r>
      <w:r w:rsidRPr="64036E25" w:rsidR="363E2531">
        <w:rPr>
          <w:rFonts w:ascii="Aptos" w:hAnsi="Aptos" w:eastAsia="Aptos"/>
          <w:b w:val="0"/>
          <w:bCs w:val="0"/>
          <w:color w:val="666666"/>
          <w:sz w:val="18"/>
          <w:szCs w:val="18"/>
        </w:rPr>
        <w:t>00 words</w:t>
      </w:r>
    </w:p>
    <w:p w:rsidR="009C2F37" w:rsidP="1E2A36C0" w:rsidRDefault="0073548A" w14:paraId="6E9B08FA" w14:textId="6A274EC1">
      <w:pPr>
        <w:pStyle w:val="Normal"/>
        <w:suppressLineNumbers w:val="0"/>
        <w:bidi w:val="0"/>
        <w:spacing w:before="0" w:beforeAutospacing="off" w:after="60" w:afterAutospacing="off" w:line="252" w:lineRule="auto"/>
        <w:ind w:left="0" w:right="0"/>
        <w:jc w:val="left"/>
      </w:pPr>
      <w:r w:rsidR="0073548A">
        <w:rPr/>
        <w:t xml:space="preserve">Priority for the 2026 grant will be given to projects that </w:t>
      </w:r>
      <w:r w:rsidR="0073548A">
        <w:rPr/>
        <w:t>contribute to</w:t>
      </w:r>
      <w:r w:rsidR="2195A692">
        <w:rPr/>
        <w:t xml:space="preserve"> our</w:t>
      </w:r>
      <w:r w:rsidR="0073548A">
        <w:rPr/>
        <w:t xml:space="preserve"> </w:t>
      </w:r>
      <w:r w:rsidR="0073548A">
        <w:rPr/>
        <w:t>biodiversity</w:t>
      </w:r>
      <w:r w:rsidR="0C8A038D">
        <w:rPr/>
        <w:t xml:space="preserve"> </w:t>
      </w:r>
      <w:r w:rsidR="0C8A038D">
        <w:rPr/>
        <w:t>pou</w:t>
      </w:r>
      <w:r w:rsidR="0073548A">
        <w:rPr/>
        <w:t xml:space="preserve">, particularly if they relate to the protection and restoration of the wetland margins of Te Roto o Wairewa and Te Waihora alongside the Little River Rail Trail. </w:t>
      </w:r>
      <w:r w:rsidR="13A64225">
        <w:rPr/>
        <w:t xml:space="preserve">You can also propose a project to </w:t>
      </w:r>
      <w:r w:rsidR="13A64225">
        <w:rPr/>
        <w:t>relates</w:t>
      </w:r>
      <w:r w:rsidR="13A64225">
        <w:rPr/>
        <w:t xml:space="preserve"> to protecting and restoring biodiversity on Banks Peninsula more generally. </w:t>
      </w:r>
      <w:r w:rsidR="0073548A">
        <w:rPr/>
        <w:t xml:space="preserve">Explain how this project contributes to this </w:t>
      </w:r>
      <w:r w:rsidR="0073548A">
        <w:rPr/>
        <w:t>priority</w:t>
      </w:r>
      <w:r w:rsidR="1100DAEF">
        <w:rPr/>
        <w:t xml:space="preserve"> and</w:t>
      </w:r>
      <w:r w:rsidR="1100DAEF">
        <w:rPr/>
        <w:t>/or</w:t>
      </w:r>
      <w:r w:rsidR="4C94DAED">
        <w:rPr/>
        <w:t xml:space="preserve"> strategic </w:t>
      </w:r>
      <w:r w:rsidR="4C94DAED">
        <w:rPr/>
        <w:t>pou</w:t>
      </w:r>
      <w:r w:rsidR="0073548A">
        <w:rPr/>
        <w:t>.</w:t>
      </w:r>
    </w:p>
    <w:tbl>
      <w:tblPr>
        <w:tblW w:w="0" w:type="auto"/>
        <w:jc w:val="center"/>
        <w:tblLook w:val="04A0" w:firstRow="1" w:lastRow="0" w:firstColumn="1" w:lastColumn="0" w:noHBand="0" w:noVBand="1"/>
      </w:tblPr>
      <w:tblGrid>
        <w:gridCol w:w="10224"/>
      </w:tblGrid>
      <w:tr w:rsidR="009C2F37" w14:paraId="466A4604" w14:textId="77777777">
        <w:trPr>
          <w:jc w:val="center"/>
        </w:trPr>
        <w:tc>
          <w:tcPr>
            <w:tcW w:w="10224" w:type="dxa"/>
            <w:shd w:val="clear" w:color="auto" w:fill="FFFFFF"/>
            <w:tcMar>
              <w:top w:w="120" w:type="dxa"/>
              <w:left w:w="140" w:type="dxa"/>
              <w:bottom w:w="120" w:type="dxa"/>
              <w:right w:w="140" w:type="dxa"/>
            </w:tcMar>
          </w:tcPr>
          <w:p w:rsidR="009C2F37" w:rsidRDefault="009C2F37" w14:paraId="4CB460F8" w14:textId="77777777"/>
          <w:p w:rsidR="009C2F37" w:rsidRDefault="009C2F37" w14:paraId="3EF8F790" w14:textId="77777777">
            <w:pPr>
              <w:spacing w:after="240"/>
            </w:pPr>
          </w:p>
          <w:p w:rsidR="009C2F37" w:rsidRDefault="009C2F37" w14:paraId="703E379C" w14:textId="77777777">
            <w:pPr>
              <w:spacing w:after="240"/>
            </w:pPr>
          </w:p>
          <w:p w:rsidR="009C2F37" w:rsidRDefault="009C2F37" w14:paraId="1DE855E2" w14:textId="77777777">
            <w:pPr>
              <w:spacing w:after="240"/>
            </w:pPr>
          </w:p>
          <w:p w:rsidR="009C2F37" w:rsidRDefault="009C2F37" w14:paraId="75337C77" w14:textId="77777777">
            <w:pPr>
              <w:spacing w:after="240"/>
            </w:pPr>
          </w:p>
          <w:p w:rsidR="009C2F37" w:rsidRDefault="009C2F37" w14:paraId="533AD85E" w14:textId="77777777">
            <w:pPr>
              <w:spacing w:after="240"/>
            </w:pPr>
          </w:p>
          <w:p w:rsidR="009C2F37" w:rsidRDefault="009C2F37" w14:paraId="138B60CC" w14:textId="77777777">
            <w:pPr>
              <w:spacing w:after="240"/>
            </w:pPr>
          </w:p>
          <w:p w:rsidR="009C2F37" w:rsidRDefault="009C2F37" w14:paraId="650D32FF" w14:textId="77777777">
            <w:pPr>
              <w:spacing w:after="240"/>
            </w:pPr>
          </w:p>
        </w:tc>
      </w:tr>
    </w:tbl>
    <w:p w:rsidR="009C2F37" w:rsidRDefault="0073548A" w14:paraId="760CD813" w14:textId="21D688A0">
      <w:pPr>
        <w:pStyle w:val="Heading2"/>
      </w:pPr>
      <w:r w:rsidRPr="64036E25" w:rsidR="363E2531">
        <w:rPr>
          <w:rFonts w:ascii="Aptos" w:hAnsi="Aptos" w:eastAsia="Aptos"/>
        </w:rPr>
        <w:t xml:space="preserve">9. Supporting mana whenua </w:t>
      </w:r>
      <w:r w:rsidRPr="64036E25" w:rsidR="363E2531">
        <w:rPr>
          <w:rFonts w:ascii="Aptos" w:hAnsi="Aptos" w:eastAsia="Aptos"/>
        </w:rPr>
        <w:t>aspirations</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w:t>
      </w:r>
      <w:r w:rsidRPr="64036E25" w:rsidR="04408948">
        <w:rPr>
          <w:rFonts w:ascii="Aptos" w:hAnsi="Aptos" w:eastAsia="Aptos"/>
          <w:b w:val="0"/>
          <w:bCs w:val="0"/>
          <w:color w:val="666666"/>
          <w:sz w:val="18"/>
          <w:szCs w:val="18"/>
        </w:rPr>
        <w:t>2</w:t>
      </w:r>
      <w:r w:rsidRPr="64036E25" w:rsidR="363E2531">
        <w:rPr>
          <w:rFonts w:ascii="Aptos" w:hAnsi="Aptos" w:eastAsia="Aptos"/>
          <w:b w:val="0"/>
          <w:bCs w:val="0"/>
          <w:color w:val="666666"/>
          <w:sz w:val="18"/>
          <w:szCs w:val="18"/>
        </w:rPr>
        <w:t>00 words</w:t>
      </w:r>
    </w:p>
    <w:p w:rsidR="009C2F37" w:rsidRDefault="0073548A" w14:paraId="65CA3BD3" w14:textId="77777777">
      <w:pPr>
        <w:spacing w:after="60"/>
      </w:pPr>
      <w:r>
        <w:t>Supporting the aspirations of mana whenua is important to the RDBPT. Describe how this research will support this.</w:t>
      </w:r>
    </w:p>
    <w:tbl>
      <w:tblPr>
        <w:tblW w:w="0" w:type="auto"/>
        <w:jc w:val="center"/>
        <w:tblLook w:val="04A0" w:firstRow="1" w:lastRow="0" w:firstColumn="1" w:lastColumn="0" w:noHBand="0" w:noVBand="1"/>
      </w:tblPr>
      <w:tblGrid>
        <w:gridCol w:w="10224"/>
      </w:tblGrid>
      <w:tr w:rsidR="009C2F37" w14:paraId="64700213" w14:textId="77777777">
        <w:trPr>
          <w:jc w:val="center"/>
        </w:trPr>
        <w:tc>
          <w:tcPr>
            <w:tcW w:w="10224" w:type="dxa"/>
            <w:shd w:val="clear" w:color="auto" w:fill="FFFFFF"/>
            <w:tcMar>
              <w:top w:w="120" w:type="dxa"/>
              <w:left w:w="140" w:type="dxa"/>
              <w:bottom w:w="120" w:type="dxa"/>
              <w:right w:w="140" w:type="dxa"/>
            </w:tcMar>
          </w:tcPr>
          <w:p w:rsidR="009C2F37" w:rsidRDefault="009C2F37" w14:paraId="1A65EF49" w14:textId="77777777"/>
          <w:p w:rsidR="009C2F37" w:rsidRDefault="009C2F37" w14:paraId="539990FF" w14:textId="77777777">
            <w:pPr>
              <w:spacing w:after="240"/>
            </w:pPr>
          </w:p>
          <w:p w:rsidR="009C2F37" w:rsidRDefault="009C2F37" w14:paraId="455C596F" w14:textId="77777777">
            <w:pPr>
              <w:spacing w:after="240"/>
            </w:pPr>
          </w:p>
          <w:p w:rsidR="009C2F37" w:rsidRDefault="009C2F37" w14:paraId="02DFC627" w14:textId="77777777">
            <w:pPr>
              <w:spacing w:after="240"/>
            </w:pPr>
          </w:p>
          <w:p w:rsidR="009C2F37" w:rsidRDefault="009C2F37" w14:paraId="5DC17CF0" w14:textId="77777777">
            <w:pPr>
              <w:spacing w:after="240"/>
            </w:pPr>
          </w:p>
          <w:p w:rsidR="009C2F37" w:rsidRDefault="009C2F37" w14:paraId="62E2FAEC" w14:textId="77777777">
            <w:pPr>
              <w:spacing w:after="240"/>
            </w:pPr>
          </w:p>
          <w:p w:rsidR="009C2F37" w:rsidRDefault="009C2F37" w14:paraId="38C12A9E" w14:textId="77777777">
            <w:pPr>
              <w:spacing w:after="240"/>
            </w:pPr>
          </w:p>
          <w:p w:rsidR="009C2F37" w:rsidRDefault="009C2F37" w14:paraId="658CC50A" w14:textId="77777777">
            <w:pPr>
              <w:spacing w:after="240"/>
            </w:pPr>
          </w:p>
        </w:tc>
      </w:tr>
    </w:tbl>
    <w:p w:rsidR="009C2F37" w:rsidRDefault="0073548A" w14:paraId="380C6CE4" w14:textId="77777777">
      <w:r>
        <w:lastRenderedPageBreak/>
        <w:br w:type="page"/>
      </w:r>
    </w:p>
    <w:p w:rsidR="009C2F37" w:rsidRDefault="0073548A" w14:paraId="4FBA4670" w14:textId="77777777">
      <w:pPr>
        <w:pStyle w:val="Heading1"/>
      </w:pPr>
      <w:r>
        <w:rPr>
          <w:rFonts w:ascii="Aptos" w:hAnsi="Aptos" w:eastAsia="Aptos"/>
        </w:rPr>
        <w:lastRenderedPageBreak/>
        <w:t>Funding and Budget</w:t>
      </w:r>
    </w:p>
    <w:p w:rsidR="009C2F37" w:rsidP="206C4EDE" w:rsidRDefault="0073548A" w14:paraId="382D07D6" w14:textId="4B668E4F">
      <w:pPr>
        <w:pStyle w:val="Heading2"/>
        <w:rPr>
          <w:rFonts w:ascii="Aptos" w:hAnsi="Aptos" w:eastAsia="Aptos"/>
          <w:b w:val="0"/>
          <w:bCs w:val="0"/>
          <w:color w:val="666666"/>
          <w:sz w:val="18"/>
          <w:szCs w:val="18"/>
        </w:rPr>
      </w:pPr>
      <w:r w:rsidRPr="206C4EDE" w:rsidR="363E2531">
        <w:rPr>
          <w:rFonts w:ascii="Aptos" w:hAnsi="Aptos" w:eastAsia="Aptos"/>
        </w:rPr>
        <w:t xml:space="preserve">10. Other funding </w:t>
      </w:r>
      <w:r w:rsidRPr="206C4EDE" w:rsidR="363E2531">
        <w:rPr>
          <w:rFonts w:ascii="Aptos" w:hAnsi="Aptos" w:eastAsia="Aptos"/>
        </w:rPr>
        <w:t>sources</w:t>
      </w:r>
      <w:r w:rsidRPr="206C4EDE" w:rsidR="363E2531">
        <w:rPr>
          <w:rFonts w:ascii="Aptos" w:hAnsi="Aptos" w:eastAsia="Aptos"/>
          <w:b w:val="0"/>
          <w:bCs w:val="0"/>
          <w:color w:val="666666"/>
          <w:sz w:val="18"/>
          <w:szCs w:val="18"/>
        </w:rPr>
        <w:t xml:space="preserve">  |</w:t>
      </w:r>
      <w:r w:rsidRPr="206C4EDE" w:rsidR="363E2531">
        <w:rPr>
          <w:rFonts w:ascii="Aptos" w:hAnsi="Aptos" w:eastAsia="Aptos"/>
          <w:b w:val="0"/>
          <w:bCs w:val="0"/>
          <w:color w:val="666666"/>
          <w:sz w:val="18"/>
          <w:szCs w:val="18"/>
        </w:rPr>
        <w:t xml:space="preserve">  </w:t>
      </w:r>
    </w:p>
    <w:p w:rsidR="009C2F37" w:rsidRDefault="0073548A" w14:paraId="32926BB8" w14:textId="77777777">
      <w:pPr>
        <w:spacing w:after="60"/>
      </w:pPr>
      <w:r>
        <w:t>Provide details of any other funding that has been accessed or applied for, including who you have applied to, the value, application status, and how the funding fits with this application.</w:t>
      </w:r>
    </w:p>
    <w:tbl>
      <w:tblPr>
        <w:tblW w:w="0" w:type="auto"/>
        <w:jc w:val="center"/>
        <w:tblLook w:val="04A0" w:firstRow="1" w:lastRow="0" w:firstColumn="1" w:lastColumn="0" w:noHBand="0" w:noVBand="1"/>
      </w:tblPr>
      <w:tblGrid>
        <w:gridCol w:w="10224"/>
      </w:tblGrid>
      <w:tr w:rsidR="009C2F37" w14:paraId="4863E772" w14:textId="77777777">
        <w:trPr>
          <w:jc w:val="center"/>
        </w:trPr>
        <w:tc>
          <w:tcPr>
            <w:tcW w:w="10224" w:type="dxa"/>
            <w:shd w:val="clear" w:color="auto" w:fill="FFFFFF"/>
            <w:tcMar>
              <w:top w:w="120" w:type="dxa"/>
              <w:left w:w="140" w:type="dxa"/>
              <w:bottom w:w="120" w:type="dxa"/>
              <w:right w:w="140" w:type="dxa"/>
            </w:tcMar>
          </w:tcPr>
          <w:p w:rsidR="009C2F37" w:rsidRDefault="009C2F37" w14:paraId="363B368E" w14:textId="77777777"/>
          <w:p w:rsidR="009C2F37" w:rsidRDefault="009C2F37" w14:paraId="18A8AEB8" w14:textId="77777777">
            <w:pPr>
              <w:spacing w:after="240"/>
            </w:pPr>
          </w:p>
          <w:p w:rsidR="009C2F37" w:rsidRDefault="009C2F37" w14:paraId="1A43871D" w14:textId="77777777">
            <w:pPr>
              <w:spacing w:after="240"/>
            </w:pPr>
          </w:p>
          <w:p w:rsidR="009C2F37" w:rsidRDefault="009C2F37" w14:paraId="2BA314D7" w14:textId="77777777">
            <w:pPr>
              <w:spacing w:after="240"/>
            </w:pPr>
          </w:p>
          <w:p w:rsidR="009C2F37" w:rsidRDefault="009C2F37" w14:paraId="2A634384" w14:textId="77777777">
            <w:pPr>
              <w:spacing w:after="240"/>
            </w:pPr>
          </w:p>
          <w:p w:rsidR="009C2F37" w:rsidRDefault="009C2F37" w14:paraId="3D21D667" w14:textId="77777777">
            <w:pPr>
              <w:spacing w:after="240"/>
            </w:pPr>
          </w:p>
          <w:p w:rsidR="009C2F37" w:rsidRDefault="009C2F37" w14:paraId="562AF0C7" w14:textId="77777777">
            <w:pPr>
              <w:spacing w:after="240"/>
            </w:pPr>
          </w:p>
        </w:tc>
      </w:tr>
    </w:tbl>
    <w:p w:rsidR="009C2F37" w:rsidRDefault="0073548A" w14:paraId="3BB2E27F" w14:textId="77777777">
      <w:pPr>
        <w:pStyle w:val="Heading2"/>
      </w:pPr>
      <w:r>
        <w:rPr>
          <w:rFonts w:ascii="Aptos" w:hAnsi="Aptos" w:eastAsia="Aptos"/>
        </w:rPr>
        <w:t>11. Project budget</w:t>
      </w:r>
    </w:p>
    <w:p w:rsidR="009C2F37" w:rsidRDefault="0073548A" w14:paraId="58A7F30F" w14:textId="77777777">
      <w:r>
        <w:t>Provide a detailed budget. Add rows or attach a separate budget spreadsheet if needed. Please identify which costs will be supported by this grant and which will be supported by other funds.</w:t>
      </w:r>
    </w:p>
    <w:tbl>
      <w:tblPr>
        <w:tblStyle w:val="TableGrid"/>
        <w:tblW w:w="0" w:type="auto"/>
        <w:jc w:val="center"/>
        <w:tblLook w:val="04A0" w:firstRow="1" w:lastRow="0" w:firstColumn="1" w:lastColumn="0" w:noHBand="0" w:noVBand="1"/>
      </w:tblPr>
      <w:tblGrid>
        <w:gridCol w:w="2809"/>
        <w:gridCol w:w="1399"/>
        <w:gridCol w:w="1903"/>
        <w:gridCol w:w="1880"/>
        <w:gridCol w:w="2223"/>
      </w:tblGrid>
      <w:tr w:rsidR="009C2F37" w14:paraId="3B32715B" w14:textId="77777777">
        <w:trPr>
          <w:tblHeader/>
          <w:jc w:val="center"/>
        </w:trPr>
        <w:tc>
          <w:tcPr>
            <w:tcW w:w="2880" w:type="dxa"/>
            <w:shd w:val="clear" w:color="auto" w:fill="1F4E79"/>
            <w:tcMar>
              <w:top w:w="100" w:type="dxa"/>
              <w:left w:w="100" w:type="dxa"/>
              <w:bottom w:w="100" w:type="dxa"/>
              <w:right w:w="100" w:type="dxa"/>
            </w:tcMar>
            <w:vAlign w:val="center"/>
          </w:tcPr>
          <w:p w:rsidR="009C2F37" w:rsidRDefault="0073548A" w14:paraId="3E2466E2" w14:textId="77777777">
            <w:pPr>
              <w:jc w:val="center"/>
            </w:pPr>
            <w:r>
              <w:rPr>
                <w:b/>
                <w:color w:val="FFFFFF"/>
                <w:sz w:val="19"/>
              </w:rPr>
              <w:t>Budget item</w:t>
            </w:r>
          </w:p>
        </w:tc>
        <w:tc>
          <w:tcPr>
            <w:tcW w:w="1440" w:type="dxa"/>
            <w:shd w:val="clear" w:color="auto" w:fill="1F4E79"/>
            <w:tcMar>
              <w:top w:w="100" w:type="dxa"/>
              <w:left w:w="100" w:type="dxa"/>
              <w:bottom w:w="100" w:type="dxa"/>
              <w:right w:w="100" w:type="dxa"/>
            </w:tcMar>
            <w:vAlign w:val="center"/>
          </w:tcPr>
          <w:p w:rsidR="009C2F37" w:rsidRDefault="0073548A" w14:paraId="158BBD2D" w14:textId="77777777">
            <w:pPr>
              <w:jc w:val="center"/>
            </w:pPr>
            <w:r>
              <w:rPr>
                <w:b/>
                <w:color w:val="FFFFFF"/>
                <w:sz w:val="19"/>
              </w:rPr>
              <w:t>Total cost</w:t>
            </w:r>
          </w:p>
        </w:tc>
        <w:tc>
          <w:tcPr>
            <w:tcW w:w="1944" w:type="dxa"/>
            <w:shd w:val="clear" w:color="auto" w:fill="1F4E79"/>
            <w:tcMar>
              <w:top w:w="100" w:type="dxa"/>
              <w:left w:w="100" w:type="dxa"/>
              <w:bottom w:w="100" w:type="dxa"/>
              <w:right w:w="100" w:type="dxa"/>
            </w:tcMar>
            <w:vAlign w:val="center"/>
          </w:tcPr>
          <w:p w:rsidR="009C2F37" w:rsidRDefault="0073548A" w14:paraId="2CE52F5B" w14:textId="77777777">
            <w:pPr>
              <w:jc w:val="center"/>
            </w:pPr>
            <w:r>
              <w:rPr>
                <w:b/>
                <w:color w:val="FFFFFF"/>
                <w:sz w:val="19"/>
              </w:rPr>
              <w:t>Requested from RDBPT</w:t>
            </w:r>
          </w:p>
        </w:tc>
        <w:tc>
          <w:tcPr>
            <w:tcW w:w="1944" w:type="dxa"/>
            <w:shd w:val="clear" w:color="auto" w:fill="1F4E79"/>
            <w:tcMar>
              <w:top w:w="100" w:type="dxa"/>
              <w:left w:w="100" w:type="dxa"/>
              <w:bottom w:w="100" w:type="dxa"/>
              <w:right w:w="100" w:type="dxa"/>
            </w:tcMar>
            <w:vAlign w:val="center"/>
          </w:tcPr>
          <w:p w:rsidR="009C2F37" w:rsidRDefault="0073548A" w14:paraId="6F567EE3" w14:textId="77777777">
            <w:pPr>
              <w:jc w:val="center"/>
            </w:pPr>
            <w:r>
              <w:rPr>
                <w:b/>
                <w:color w:val="FFFFFF"/>
                <w:sz w:val="19"/>
              </w:rPr>
              <w:t>Other funds / in-kind</w:t>
            </w:r>
          </w:p>
        </w:tc>
        <w:tc>
          <w:tcPr>
            <w:tcW w:w="2304" w:type="dxa"/>
            <w:shd w:val="clear" w:color="auto" w:fill="1F4E79"/>
            <w:tcMar>
              <w:top w:w="100" w:type="dxa"/>
              <w:left w:w="100" w:type="dxa"/>
              <w:bottom w:w="100" w:type="dxa"/>
              <w:right w:w="100" w:type="dxa"/>
            </w:tcMar>
            <w:vAlign w:val="center"/>
          </w:tcPr>
          <w:p w:rsidR="009C2F37" w:rsidRDefault="0073548A" w14:paraId="644EB995" w14:textId="77777777">
            <w:pPr>
              <w:jc w:val="center"/>
            </w:pPr>
            <w:r>
              <w:rPr>
                <w:b/>
                <w:color w:val="FFFFFF"/>
                <w:sz w:val="19"/>
              </w:rPr>
              <w:t>Notes</w:t>
            </w:r>
          </w:p>
        </w:tc>
      </w:tr>
      <w:tr w:rsidR="009C2F37" w14:paraId="3E90501F" w14:textId="77777777">
        <w:trPr>
          <w:jc w:val="center"/>
        </w:trPr>
        <w:tc>
          <w:tcPr>
            <w:tcW w:w="2880" w:type="dxa"/>
            <w:tcMar>
              <w:top w:w="100" w:type="dxa"/>
              <w:left w:w="100" w:type="dxa"/>
              <w:bottom w:w="100" w:type="dxa"/>
              <w:right w:w="100" w:type="dxa"/>
            </w:tcMar>
            <w:vAlign w:val="center"/>
          </w:tcPr>
          <w:p w:rsidR="009C2F37" w:rsidRDefault="0073548A" w14:paraId="19337CF0" w14:textId="77777777">
            <w:r>
              <w:t>Personnel / researcher time</w:t>
            </w:r>
          </w:p>
        </w:tc>
        <w:tc>
          <w:tcPr>
            <w:tcW w:w="1440" w:type="dxa"/>
            <w:tcMar>
              <w:top w:w="100" w:type="dxa"/>
              <w:left w:w="100" w:type="dxa"/>
              <w:bottom w:w="100" w:type="dxa"/>
              <w:right w:w="100" w:type="dxa"/>
            </w:tcMar>
            <w:vAlign w:val="center"/>
          </w:tcPr>
          <w:p w:rsidR="009C2F37" w:rsidRDefault="0073548A" w14:paraId="674CC499" w14:textId="77777777">
            <w:r>
              <w:t>$</w:t>
            </w:r>
          </w:p>
        </w:tc>
        <w:tc>
          <w:tcPr>
            <w:tcW w:w="1944" w:type="dxa"/>
            <w:tcMar>
              <w:top w:w="100" w:type="dxa"/>
              <w:left w:w="100" w:type="dxa"/>
              <w:bottom w:w="100" w:type="dxa"/>
              <w:right w:w="100" w:type="dxa"/>
            </w:tcMar>
            <w:vAlign w:val="center"/>
          </w:tcPr>
          <w:p w:rsidR="009C2F37" w:rsidRDefault="0073548A" w14:paraId="071F1161" w14:textId="77777777">
            <w:r>
              <w:t>$</w:t>
            </w:r>
          </w:p>
        </w:tc>
        <w:tc>
          <w:tcPr>
            <w:tcW w:w="1944" w:type="dxa"/>
            <w:tcMar>
              <w:top w:w="100" w:type="dxa"/>
              <w:left w:w="100" w:type="dxa"/>
              <w:bottom w:w="100" w:type="dxa"/>
              <w:right w:w="100" w:type="dxa"/>
            </w:tcMar>
            <w:vAlign w:val="center"/>
          </w:tcPr>
          <w:p w:rsidR="009C2F37" w:rsidRDefault="0073548A" w14:paraId="4DEA6A03" w14:textId="77777777">
            <w:r>
              <w:t>$</w:t>
            </w:r>
          </w:p>
        </w:tc>
        <w:tc>
          <w:tcPr>
            <w:tcW w:w="2304" w:type="dxa"/>
            <w:tcMar>
              <w:top w:w="100" w:type="dxa"/>
              <w:left w:w="100" w:type="dxa"/>
              <w:bottom w:w="100" w:type="dxa"/>
              <w:right w:w="100" w:type="dxa"/>
            </w:tcMar>
            <w:vAlign w:val="center"/>
          </w:tcPr>
          <w:p w:rsidR="009C2F37" w:rsidRDefault="009C2F37" w14:paraId="34F1E2A3" w14:textId="77777777"/>
        </w:tc>
      </w:tr>
      <w:tr w:rsidR="009C2F37" w14:paraId="02BC3FB6" w14:textId="77777777">
        <w:trPr>
          <w:jc w:val="center"/>
        </w:trPr>
        <w:tc>
          <w:tcPr>
            <w:tcW w:w="2880" w:type="dxa"/>
            <w:tcMar>
              <w:top w:w="100" w:type="dxa"/>
              <w:left w:w="100" w:type="dxa"/>
              <w:bottom w:w="100" w:type="dxa"/>
              <w:right w:w="100" w:type="dxa"/>
            </w:tcMar>
            <w:vAlign w:val="center"/>
          </w:tcPr>
          <w:p w:rsidR="009C2F37" w:rsidRDefault="0073548A" w14:paraId="415E84FC" w14:textId="77777777">
            <w:r>
              <w:t>Travel / fieldwork</w:t>
            </w:r>
          </w:p>
        </w:tc>
        <w:tc>
          <w:tcPr>
            <w:tcW w:w="1440" w:type="dxa"/>
            <w:tcMar>
              <w:top w:w="100" w:type="dxa"/>
              <w:left w:w="100" w:type="dxa"/>
              <w:bottom w:w="100" w:type="dxa"/>
              <w:right w:w="100" w:type="dxa"/>
            </w:tcMar>
            <w:vAlign w:val="center"/>
          </w:tcPr>
          <w:p w:rsidR="009C2F37" w:rsidRDefault="0073548A" w14:paraId="62209B93" w14:textId="77777777">
            <w:r>
              <w:t>$</w:t>
            </w:r>
          </w:p>
        </w:tc>
        <w:tc>
          <w:tcPr>
            <w:tcW w:w="1944" w:type="dxa"/>
            <w:tcMar>
              <w:top w:w="100" w:type="dxa"/>
              <w:left w:w="100" w:type="dxa"/>
              <w:bottom w:w="100" w:type="dxa"/>
              <w:right w:w="100" w:type="dxa"/>
            </w:tcMar>
            <w:vAlign w:val="center"/>
          </w:tcPr>
          <w:p w:rsidR="009C2F37" w:rsidRDefault="0073548A" w14:paraId="17FD430D" w14:textId="77777777">
            <w:r>
              <w:t>$</w:t>
            </w:r>
          </w:p>
        </w:tc>
        <w:tc>
          <w:tcPr>
            <w:tcW w:w="1944" w:type="dxa"/>
            <w:tcMar>
              <w:top w:w="100" w:type="dxa"/>
              <w:left w:w="100" w:type="dxa"/>
              <w:bottom w:w="100" w:type="dxa"/>
              <w:right w:w="100" w:type="dxa"/>
            </w:tcMar>
            <w:vAlign w:val="center"/>
          </w:tcPr>
          <w:p w:rsidR="009C2F37" w:rsidRDefault="0073548A" w14:paraId="6A020BBB" w14:textId="77777777">
            <w:r>
              <w:t>$</w:t>
            </w:r>
          </w:p>
        </w:tc>
        <w:tc>
          <w:tcPr>
            <w:tcW w:w="2304" w:type="dxa"/>
            <w:tcMar>
              <w:top w:w="100" w:type="dxa"/>
              <w:left w:w="100" w:type="dxa"/>
              <w:bottom w:w="100" w:type="dxa"/>
              <w:right w:w="100" w:type="dxa"/>
            </w:tcMar>
            <w:vAlign w:val="center"/>
          </w:tcPr>
          <w:p w:rsidR="009C2F37" w:rsidRDefault="009C2F37" w14:paraId="6B89061C" w14:textId="77777777"/>
        </w:tc>
      </w:tr>
      <w:tr w:rsidR="009C2F37" w14:paraId="5D907164" w14:textId="77777777">
        <w:trPr>
          <w:jc w:val="center"/>
        </w:trPr>
        <w:tc>
          <w:tcPr>
            <w:tcW w:w="2880" w:type="dxa"/>
            <w:tcMar>
              <w:top w:w="100" w:type="dxa"/>
              <w:left w:w="100" w:type="dxa"/>
              <w:bottom w:w="100" w:type="dxa"/>
              <w:right w:w="100" w:type="dxa"/>
            </w:tcMar>
            <w:vAlign w:val="center"/>
          </w:tcPr>
          <w:p w:rsidR="009C2F37" w:rsidRDefault="0073548A" w14:paraId="0AE4CD03" w14:textId="77777777">
            <w:r>
              <w:t>Equipment / materials</w:t>
            </w:r>
          </w:p>
        </w:tc>
        <w:tc>
          <w:tcPr>
            <w:tcW w:w="1440" w:type="dxa"/>
            <w:tcMar>
              <w:top w:w="100" w:type="dxa"/>
              <w:left w:w="100" w:type="dxa"/>
              <w:bottom w:w="100" w:type="dxa"/>
              <w:right w:w="100" w:type="dxa"/>
            </w:tcMar>
            <w:vAlign w:val="center"/>
          </w:tcPr>
          <w:p w:rsidR="009C2F37" w:rsidRDefault="0073548A" w14:paraId="06999FCC" w14:textId="77777777">
            <w:r>
              <w:t>$</w:t>
            </w:r>
          </w:p>
        </w:tc>
        <w:tc>
          <w:tcPr>
            <w:tcW w:w="1944" w:type="dxa"/>
            <w:tcMar>
              <w:top w:w="100" w:type="dxa"/>
              <w:left w:w="100" w:type="dxa"/>
              <w:bottom w:w="100" w:type="dxa"/>
              <w:right w:w="100" w:type="dxa"/>
            </w:tcMar>
            <w:vAlign w:val="center"/>
          </w:tcPr>
          <w:p w:rsidR="009C2F37" w:rsidRDefault="0073548A" w14:paraId="4E9405F4" w14:textId="77777777">
            <w:r>
              <w:t>$</w:t>
            </w:r>
          </w:p>
        </w:tc>
        <w:tc>
          <w:tcPr>
            <w:tcW w:w="1944" w:type="dxa"/>
            <w:tcMar>
              <w:top w:w="100" w:type="dxa"/>
              <w:left w:w="100" w:type="dxa"/>
              <w:bottom w:w="100" w:type="dxa"/>
              <w:right w:w="100" w:type="dxa"/>
            </w:tcMar>
            <w:vAlign w:val="center"/>
          </w:tcPr>
          <w:p w:rsidR="009C2F37" w:rsidRDefault="0073548A" w14:paraId="1FB53CB5" w14:textId="77777777">
            <w:r>
              <w:t>$</w:t>
            </w:r>
          </w:p>
        </w:tc>
        <w:tc>
          <w:tcPr>
            <w:tcW w:w="2304" w:type="dxa"/>
            <w:tcMar>
              <w:top w:w="100" w:type="dxa"/>
              <w:left w:w="100" w:type="dxa"/>
              <w:bottom w:w="100" w:type="dxa"/>
              <w:right w:w="100" w:type="dxa"/>
            </w:tcMar>
            <w:vAlign w:val="center"/>
          </w:tcPr>
          <w:p w:rsidR="009C2F37" w:rsidRDefault="009C2F37" w14:paraId="06E6C140" w14:textId="77777777"/>
        </w:tc>
      </w:tr>
      <w:tr w:rsidR="009C2F37" w14:paraId="465645CC" w14:textId="77777777">
        <w:trPr>
          <w:jc w:val="center"/>
        </w:trPr>
        <w:tc>
          <w:tcPr>
            <w:tcW w:w="2880" w:type="dxa"/>
            <w:tcMar>
              <w:top w:w="100" w:type="dxa"/>
              <w:left w:w="100" w:type="dxa"/>
              <w:bottom w:w="100" w:type="dxa"/>
              <w:right w:w="100" w:type="dxa"/>
            </w:tcMar>
            <w:vAlign w:val="center"/>
          </w:tcPr>
          <w:p w:rsidR="009C2F37" w:rsidRDefault="0073548A" w14:paraId="095AEB90" w14:textId="77777777">
            <w:r>
              <w:t>Data collection / analysis</w:t>
            </w:r>
          </w:p>
        </w:tc>
        <w:tc>
          <w:tcPr>
            <w:tcW w:w="1440" w:type="dxa"/>
            <w:tcMar>
              <w:top w:w="100" w:type="dxa"/>
              <w:left w:w="100" w:type="dxa"/>
              <w:bottom w:w="100" w:type="dxa"/>
              <w:right w:w="100" w:type="dxa"/>
            </w:tcMar>
            <w:vAlign w:val="center"/>
          </w:tcPr>
          <w:p w:rsidR="009C2F37" w:rsidRDefault="0073548A" w14:paraId="000BABD0" w14:textId="77777777">
            <w:r>
              <w:t>$</w:t>
            </w:r>
          </w:p>
        </w:tc>
        <w:tc>
          <w:tcPr>
            <w:tcW w:w="1944" w:type="dxa"/>
            <w:tcMar>
              <w:top w:w="100" w:type="dxa"/>
              <w:left w:w="100" w:type="dxa"/>
              <w:bottom w:w="100" w:type="dxa"/>
              <w:right w:w="100" w:type="dxa"/>
            </w:tcMar>
            <w:vAlign w:val="center"/>
          </w:tcPr>
          <w:p w:rsidR="009C2F37" w:rsidRDefault="0073548A" w14:paraId="5ACAFC63" w14:textId="77777777">
            <w:r>
              <w:t>$</w:t>
            </w:r>
          </w:p>
        </w:tc>
        <w:tc>
          <w:tcPr>
            <w:tcW w:w="1944" w:type="dxa"/>
            <w:tcMar>
              <w:top w:w="100" w:type="dxa"/>
              <w:left w:w="100" w:type="dxa"/>
              <w:bottom w:w="100" w:type="dxa"/>
              <w:right w:w="100" w:type="dxa"/>
            </w:tcMar>
            <w:vAlign w:val="center"/>
          </w:tcPr>
          <w:p w:rsidR="009C2F37" w:rsidRDefault="0073548A" w14:paraId="38415A27" w14:textId="77777777">
            <w:r>
              <w:t>$</w:t>
            </w:r>
          </w:p>
        </w:tc>
        <w:tc>
          <w:tcPr>
            <w:tcW w:w="2304" w:type="dxa"/>
            <w:tcMar>
              <w:top w:w="100" w:type="dxa"/>
              <w:left w:w="100" w:type="dxa"/>
              <w:bottom w:w="100" w:type="dxa"/>
              <w:right w:w="100" w:type="dxa"/>
            </w:tcMar>
            <w:vAlign w:val="center"/>
          </w:tcPr>
          <w:p w:rsidR="009C2F37" w:rsidRDefault="009C2F37" w14:paraId="3E2C58C5" w14:textId="77777777"/>
        </w:tc>
      </w:tr>
      <w:tr w:rsidR="009C2F37" w14:paraId="04DA4D84" w14:textId="77777777">
        <w:trPr>
          <w:jc w:val="center"/>
        </w:trPr>
        <w:tc>
          <w:tcPr>
            <w:tcW w:w="2880" w:type="dxa"/>
            <w:tcMar>
              <w:top w:w="100" w:type="dxa"/>
              <w:left w:w="100" w:type="dxa"/>
              <w:bottom w:w="100" w:type="dxa"/>
              <w:right w:w="100" w:type="dxa"/>
            </w:tcMar>
            <w:vAlign w:val="center"/>
          </w:tcPr>
          <w:p w:rsidR="009C2F37" w:rsidRDefault="0073548A" w14:paraId="76C080D7" w14:textId="77777777">
            <w:r>
              <w:t>Reporting / dissemination</w:t>
            </w:r>
          </w:p>
        </w:tc>
        <w:tc>
          <w:tcPr>
            <w:tcW w:w="1440" w:type="dxa"/>
            <w:tcMar>
              <w:top w:w="100" w:type="dxa"/>
              <w:left w:w="100" w:type="dxa"/>
              <w:bottom w:w="100" w:type="dxa"/>
              <w:right w:w="100" w:type="dxa"/>
            </w:tcMar>
            <w:vAlign w:val="center"/>
          </w:tcPr>
          <w:p w:rsidR="009C2F37" w:rsidRDefault="0073548A" w14:paraId="521BC139" w14:textId="77777777">
            <w:r>
              <w:t>$</w:t>
            </w:r>
          </w:p>
        </w:tc>
        <w:tc>
          <w:tcPr>
            <w:tcW w:w="1944" w:type="dxa"/>
            <w:tcMar>
              <w:top w:w="100" w:type="dxa"/>
              <w:left w:w="100" w:type="dxa"/>
              <w:bottom w:w="100" w:type="dxa"/>
              <w:right w:w="100" w:type="dxa"/>
            </w:tcMar>
            <w:vAlign w:val="center"/>
          </w:tcPr>
          <w:p w:rsidR="009C2F37" w:rsidRDefault="0073548A" w14:paraId="0DD09122" w14:textId="77777777">
            <w:r>
              <w:t>$</w:t>
            </w:r>
          </w:p>
        </w:tc>
        <w:tc>
          <w:tcPr>
            <w:tcW w:w="1944" w:type="dxa"/>
            <w:tcMar>
              <w:top w:w="100" w:type="dxa"/>
              <w:left w:w="100" w:type="dxa"/>
              <w:bottom w:w="100" w:type="dxa"/>
              <w:right w:w="100" w:type="dxa"/>
            </w:tcMar>
            <w:vAlign w:val="center"/>
          </w:tcPr>
          <w:p w:rsidR="009C2F37" w:rsidRDefault="0073548A" w14:paraId="155C8EA2" w14:textId="77777777">
            <w:r>
              <w:t>$</w:t>
            </w:r>
          </w:p>
        </w:tc>
        <w:tc>
          <w:tcPr>
            <w:tcW w:w="2304" w:type="dxa"/>
            <w:tcMar>
              <w:top w:w="100" w:type="dxa"/>
              <w:left w:w="100" w:type="dxa"/>
              <w:bottom w:w="100" w:type="dxa"/>
              <w:right w:w="100" w:type="dxa"/>
            </w:tcMar>
            <w:vAlign w:val="center"/>
          </w:tcPr>
          <w:p w:rsidR="009C2F37" w:rsidRDefault="009C2F37" w14:paraId="1AD8A90E" w14:textId="77777777"/>
        </w:tc>
      </w:tr>
      <w:tr w:rsidR="009C2F37" w14:paraId="4272D8EC" w14:textId="77777777">
        <w:trPr>
          <w:jc w:val="center"/>
        </w:trPr>
        <w:tc>
          <w:tcPr>
            <w:tcW w:w="2880" w:type="dxa"/>
            <w:tcMar>
              <w:top w:w="100" w:type="dxa"/>
              <w:left w:w="100" w:type="dxa"/>
              <w:bottom w:w="100" w:type="dxa"/>
              <w:right w:w="100" w:type="dxa"/>
            </w:tcMar>
            <w:vAlign w:val="center"/>
          </w:tcPr>
          <w:p w:rsidR="009C2F37" w:rsidRDefault="0073548A" w14:paraId="45DC62BF" w14:textId="77777777">
            <w:r>
              <w:t>Other</w:t>
            </w:r>
          </w:p>
        </w:tc>
        <w:tc>
          <w:tcPr>
            <w:tcW w:w="1440" w:type="dxa"/>
            <w:tcMar>
              <w:top w:w="100" w:type="dxa"/>
              <w:left w:w="100" w:type="dxa"/>
              <w:bottom w:w="100" w:type="dxa"/>
              <w:right w:w="100" w:type="dxa"/>
            </w:tcMar>
            <w:vAlign w:val="center"/>
          </w:tcPr>
          <w:p w:rsidR="009C2F37" w:rsidRDefault="0073548A" w14:paraId="32C51028" w14:textId="77777777">
            <w:r>
              <w:t>$</w:t>
            </w:r>
          </w:p>
        </w:tc>
        <w:tc>
          <w:tcPr>
            <w:tcW w:w="1944" w:type="dxa"/>
            <w:tcMar>
              <w:top w:w="100" w:type="dxa"/>
              <w:left w:w="100" w:type="dxa"/>
              <w:bottom w:w="100" w:type="dxa"/>
              <w:right w:w="100" w:type="dxa"/>
            </w:tcMar>
            <w:vAlign w:val="center"/>
          </w:tcPr>
          <w:p w:rsidR="009C2F37" w:rsidRDefault="0073548A" w14:paraId="4D098F0B" w14:textId="77777777">
            <w:r>
              <w:t>$</w:t>
            </w:r>
          </w:p>
        </w:tc>
        <w:tc>
          <w:tcPr>
            <w:tcW w:w="1944" w:type="dxa"/>
            <w:tcMar>
              <w:top w:w="100" w:type="dxa"/>
              <w:left w:w="100" w:type="dxa"/>
              <w:bottom w:w="100" w:type="dxa"/>
              <w:right w:w="100" w:type="dxa"/>
            </w:tcMar>
            <w:vAlign w:val="center"/>
          </w:tcPr>
          <w:p w:rsidR="009C2F37" w:rsidRDefault="0073548A" w14:paraId="02C181E6" w14:textId="77777777">
            <w:r>
              <w:t>$</w:t>
            </w:r>
          </w:p>
        </w:tc>
        <w:tc>
          <w:tcPr>
            <w:tcW w:w="2304" w:type="dxa"/>
            <w:tcMar>
              <w:top w:w="100" w:type="dxa"/>
              <w:left w:w="100" w:type="dxa"/>
              <w:bottom w:w="100" w:type="dxa"/>
              <w:right w:w="100" w:type="dxa"/>
            </w:tcMar>
            <w:vAlign w:val="center"/>
          </w:tcPr>
          <w:p w:rsidR="009C2F37" w:rsidRDefault="009C2F37" w14:paraId="54A1136B" w14:textId="77777777"/>
        </w:tc>
      </w:tr>
      <w:tr w:rsidR="009C2F37" w14:paraId="2C941686" w14:textId="77777777">
        <w:trPr>
          <w:jc w:val="center"/>
        </w:trPr>
        <w:tc>
          <w:tcPr>
            <w:tcW w:w="2880" w:type="dxa"/>
            <w:tcMar>
              <w:top w:w="100" w:type="dxa"/>
              <w:left w:w="100" w:type="dxa"/>
              <w:bottom w:w="100" w:type="dxa"/>
              <w:right w:w="100" w:type="dxa"/>
            </w:tcMar>
            <w:vAlign w:val="center"/>
          </w:tcPr>
          <w:p w:rsidR="009C2F37" w:rsidRDefault="0073548A" w14:paraId="4AF8B98A" w14:textId="77777777">
            <w:r>
              <w:t>TOTAL</w:t>
            </w:r>
          </w:p>
        </w:tc>
        <w:tc>
          <w:tcPr>
            <w:tcW w:w="1440" w:type="dxa"/>
            <w:tcMar>
              <w:top w:w="100" w:type="dxa"/>
              <w:left w:w="100" w:type="dxa"/>
              <w:bottom w:w="100" w:type="dxa"/>
              <w:right w:w="100" w:type="dxa"/>
            </w:tcMar>
            <w:vAlign w:val="center"/>
          </w:tcPr>
          <w:p w:rsidR="009C2F37" w:rsidRDefault="0073548A" w14:paraId="42F2BAE0" w14:textId="77777777">
            <w:r>
              <w:t>$</w:t>
            </w:r>
          </w:p>
        </w:tc>
        <w:tc>
          <w:tcPr>
            <w:tcW w:w="1944" w:type="dxa"/>
            <w:tcMar>
              <w:top w:w="100" w:type="dxa"/>
              <w:left w:w="100" w:type="dxa"/>
              <w:bottom w:w="100" w:type="dxa"/>
              <w:right w:w="100" w:type="dxa"/>
            </w:tcMar>
            <w:vAlign w:val="center"/>
          </w:tcPr>
          <w:p w:rsidR="009C2F37" w:rsidRDefault="0073548A" w14:paraId="74F7F1BF" w14:textId="77777777">
            <w:r>
              <w:t>$</w:t>
            </w:r>
          </w:p>
        </w:tc>
        <w:tc>
          <w:tcPr>
            <w:tcW w:w="1944" w:type="dxa"/>
            <w:tcMar>
              <w:top w:w="100" w:type="dxa"/>
              <w:left w:w="100" w:type="dxa"/>
              <w:bottom w:w="100" w:type="dxa"/>
              <w:right w:w="100" w:type="dxa"/>
            </w:tcMar>
            <w:vAlign w:val="center"/>
          </w:tcPr>
          <w:p w:rsidR="009C2F37" w:rsidRDefault="0073548A" w14:paraId="67022C70" w14:textId="77777777">
            <w:r>
              <w:t>$</w:t>
            </w:r>
          </w:p>
        </w:tc>
        <w:tc>
          <w:tcPr>
            <w:tcW w:w="2304" w:type="dxa"/>
            <w:tcMar>
              <w:top w:w="100" w:type="dxa"/>
              <w:left w:w="100" w:type="dxa"/>
              <w:bottom w:w="100" w:type="dxa"/>
              <w:right w:w="100" w:type="dxa"/>
            </w:tcMar>
            <w:vAlign w:val="center"/>
          </w:tcPr>
          <w:p w:rsidR="009C2F37" w:rsidRDefault="009C2F37" w14:paraId="596FAEDC" w14:textId="77777777"/>
        </w:tc>
      </w:tr>
    </w:tbl>
    <w:p w:rsidR="009C2F37" w:rsidRDefault="0073548A" w14:paraId="4830DC09" w14:textId="77777777">
      <w:pPr>
        <w:pStyle w:val="Heading1"/>
      </w:pPr>
      <w:r>
        <w:rPr>
          <w:rFonts w:ascii="Aptos" w:hAnsi="Aptos" w:eastAsia="Aptos"/>
        </w:rPr>
        <w:t>Required Outputs and Deliverables</w:t>
      </w:r>
    </w:p>
    <w:p w:rsidR="009C2F37" w:rsidRDefault="0073548A" w14:paraId="15761871" w14:textId="77777777">
      <w:pPr>
        <w:pStyle w:val="Heading2"/>
      </w:pPr>
      <w:r>
        <w:rPr>
          <w:rFonts w:ascii="Aptos" w:hAnsi="Aptos" w:eastAsia="Aptos"/>
        </w:rPr>
        <w:t xml:space="preserve">12. </w:t>
      </w:r>
      <w:r>
        <w:rPr>
          <w:rFonts w:ascii="Aptos" w:hAnsi="Aptos" w:eastAsia="Aptos"/>
        </w:rPr>
        <w:t>Confirmation of minimum outputs</w:t>
      </w:r>
    </w:p>
    <w:p w:rsidR="009C2F37" w:rsidRDefault="0073548A" w14:paraId="6E94725A" w14:textId="77777777">
      <w:r>
        <w:t>Please confirm that you can contribute to the following minimum outputs:</w:t>
      </w:r>
    </w:p>
    <w:tbl>
      <w:tblPr>
        <w:tblStyle w:val="TableGrid"/>
        <w:tblW w:w="0" w:type="auto"/>
        <w:jc w:val="center"/>
        <w:tblLook w:val="04A0" w:firstRow="1" w:lastRow="0" w:firstColumn="1" w:lastColumn="0" w:noHBand="0" w:noVBand="1"/>
      </w:tblPr>
      <w:tblGrid>
        <w:gridCol w:w="6271"/>
        <w:gridCol w:w="985"/>
        <w:gridCol w:w="982"/>
        <w:gridCol w:w="1976"/>
      </w:tblGrid>
      <w:tr w:rsidR="009C2F37" w14:paraId="6CF8044E" w14:textId="77777777">
        <w:trPr>
          <w:tblHeader/>
          <w:jc w:val="center"/>
        </w:trPr>
        <w:tc>
          <w:tcPr>
            <w:tcW w:w="6480" w:type="dxa"/>
            <w:shd w:val="clear" w:color="auto" w:fill="548235"/>
            <w:tcMar>
              <w:top w:w="100" w:type="dxa"/>
              <w:left w:w="100" w:type="dxa"/>
              <w:bottom w:w="100" w:type="dxa"/>
              <w:right w:w="100" w:type="dxa"/>
            </w:tcMar>
            <w:vAlign w:val="center"/>
          </w:tcPr>
          <w:p w:rsidR="009C2F37" w:rsidRDefault="0073548A" w14:paraId="4FF3D597" w14:textId="77777777">
            <w:pPr>
              <w:jc w:val="center"/>
            </w:pPr>
            <w:r>
              <w:rPr>
                <w:b/>
                <w:color w:val="FFFFFF"/>
                <w:sz w:val="19"/>
              </w:rPr>
              <w:t>Required output</w:t>
            </w:r>
          </w:p>
        </w:tc>
        <w:tc>
          <w:tcPr>
            <w:tcW w:w="1007" w:type="dxa"/>
            <w:shd w:val="clear" w:color="auto" w:fill="548235"/>
            <w:tcMar>
              <w:top w:w="100" w:type="dxa"/>
              <w:left w:w="100" w:type="dxa"/>
              <w:bottom w:w="100" w:type="dxa"/>
              <w:right w:w="100" w:type="dxa"/>
            </w:tcMar>
            <w:vAlign w:val="center"/>
          </w:tcPr>
          <w:p w:rsidR="009C2F37" w:rsidRDefault="0073548A" w14:paraId="5855D51A" w14:textId="77777777">
            <w:pPr>
              <w:jc w:val="center"/>
            </w:pPr>
            <w:r>
              <w:rPr>
                <w:b/>
                <w:color w:val="FFFFFF"/>
                <w:sz w:val="19"/>
              </w:rPr>
              <w:t>Yes</w:t>
            </w:r>
          </w:p>
        </w:tc>
        <w:tc>
          <w:tcPr>
            <w:tcW w:w="1007" w:type="dxa"/>
            <w:shd w:val="clear" w:color="auto" w:fill="548235"/>
            <w:tcMar>
              <w:top w:w="100" w:type="dxa"/>
              <w:left w:w="100" w:type="dxa"/>
              <w:bottom w:w="100" w:type="dxa"/>
              <w:right w:w="100" w:type="dxa"/>
            </w:tcMar>
            <w:vAlign w:val="center"/>
          </w:tcPr>
          <w:p w:rsidR="009C2F37" w:rsidRDefault="0073548A" w14:paraId="6FDD18B7" w14:textId="77777777">
            <w:pPr>
              <w:jc w:val="center"/>
            </w:pPr>
            <w:r>
              <w:rPr>
                <w:b/>
                <w:color w:val="FFFFFF"/>
                <w:sz w:val="19"/>
              </w:rPr>
              <w:t>No</w:t>
            </w:r>
          </w:p>
        </w:tc>
        <w:tc>
          <w:tcPr>
            <w:tcW w:w="2015" w:type="dxa"/>
            <w:shd w:val="clear" w:color="auto" w:fill="548235"/>
            <w:tcMar>
              <w:top w:w="100" w:type="dxa"/>
              <w:left w:w="100" w:type="dxa"/>
              <w:bottom w:w="100" w:type="dxa"/>
              <w:right w:w="100" w:type="dxa"/>
            </w:tcMar>
            <w:vAlign w:val="center"/>
          </w:tcPr>
          <w:p w:rsidR="009C2F37" w:rsidRDefault="0073548A" w14:paraId="100A0F42" w14:textId="77777777">
            <w:pPr>
              <w:jc w:val="center"/>
            </w:pPr>
            <w:r>
              <w:rPr>
                <w:b/>
                <w:color w:val="FFFFFF"/>
                <w:sz w:val="19"/>
              </w:rPr>
              <w:t>Comments</w:t>
            </w:r>
          </w:p>
        </w:tc>
      </w:tr>
      <w:tr w:rsidR="009C2F37" w14:paraId="4833DC5D" w14:textId="77777777">
        <w:trPr>
          <w:jc w:val="center"/>
        </w:trPr>
        <w:tc>
          <w:tcPr>
            <w:tcW w:w="6480" w:type="dxa"/>
            <w:tcMar>
              <w:top w:w="100" w:type="dxa"/>
              <w:left w:w="100" w:type="dxa"/>
              <w:bottom w:w="100" w:type="dxa"/>
              <w:right w:w="100" w:type="dxa"/>
            </w:tcMar>
            <w:vAlign w:val="center"/>
          </w:tcPr>
          <w:p w:rsidR="009C2F37" w:rsidRDefault="0073548A" w14:paraId="01CA206C" w14:textId="77777777">
            <w:r>
              <w:t>Short written report emailed to the Trust Manager twice a year</w:t>
            </w:r>
          </w:p>
        </w:tc>
        <w:tc>
          <w:tcPr>
            <w:tcW w:w="1007" w:type="dxa"/>
            <w:tcMar>
              <w:top w:w="100" w:type="dxa"/>
              <w:left w:w="100" w:type="dxa"/>
              <w:bottom w:w="100" w:type="dxa"/>
              <w:right w:w="100" w:type="dxa"/>
            </w:tcMar>
            <w:vAlign w:val="center"/>
          </w:tcPr>
          <w:p w:rsidR="009C2F37" w:rsidRDefault="0073548A" w14:paraId="424A7AEB" w14:textId="77777777">
            <w:r>
              <w:t>☐</w:t>
            </w:r>
          </w:p>
        </w:tc>
        <w:tc>
          <w:tcPr>
            <w:tcW w:w="1007" w:type="dxa"/>
            <w:tcMar>
              <w:top w:w="100" w:type="dxa"/>
              <w:left w:w="100" w:type="dxa"/>
              <w:bottom w:w="100" w:type="dxa"/>
              <w:right w:w="100" w:type="dxa"/>
            </w:tcMar>
            <w:vAlign w:val="center"/>
          </w:tcPr>
          <w:p w:rsidR="009C2F37" w:rsidRDefault="0073548A" w14:paraId="3E5A5F3E" w14:textId="77777777">
            <w:r>
              <w:t>☐</w:t>
            </w:r>
          </w:p>
        </w:tc>
        <w:tc>
          <w:tcPr>
            <w:tcW w:w="2015" w:type="dxa"/>
            <w:tcMar>
              <w:top w:w="100" w:type="dxa"/>
              <w:left w:w="100" w:type="dxa"/>
              <w:bottom w:w="100" w:type="dxa"/>
              <w:right w:w="100" w:type="dxa"/>
            </w:tcMar>
            <w:vAlign w:val="center"/>
          </w:tcPr>
          <w:p w:rsidR="009C2F37" w:rsidRDefault="009C2F37" w14:paraId="2C049E26" w14:textId="77777777"/>
        </w:tc>
      </w:tr>
      <w:tr w:rsidR="009C2F37" w14:paraId="2C9B9D55" w14:textId="77777777">
        <w:trPr>
          <w:jc w:val="center"/>
        </w:trPr>
        <w:tc>
          <w:tcPr>
            <w:tcW w:w="6480" w:type="dxa"/>
            <w:tcMar>
              <w:top w:w="100" w:type="dxa"/>
              <w:left w:w="100" w:type="dxa"/>
              <w:bottom w:w="100" w:type="dxa"/>
              <w:right w:w="100" w:type="dxa"/>
            </w:tcMar>
            <w:vAlign w:val="center"/>
          </w:tcPr>
          <w:p w:rsidR="009C2F37" w:rsidRDefault="0073548A" w14:paraId="0899BD58" w14:textId="77777777">
            <w:r>
              <w:lastRenderedPageBreak/>
              <w:t xml:space="preserve">Presentation to the Board at the </w:t>
            </w:r>
            <w:r>
              <w:t>conclusion of the project, including recommendations</w:t>
            </w:r>
          </w:p>
        </w:tc>
        <w:tc>
          <w:tcPr>
            <w:tcW w:w="1007" w:type="dxa"/>
            <w:tcMar>
              <w:top w:w="100" w:type="dxa"/>
              <w:left w:w="100" w:type="dxa"/>
              <w:bottom w:w="100" w:type="dxa"/>
              <w:right w:w="100" w:type="dxa"/>
            </w:tcMar>
            <w:vAlign w:val="center"/>
          </w:tcPr>
          <w:p w:rsidR="009C2F37" w:rsidRDefault="0073548A" w14:paraId="0D019F7B" w14:textId="77777777">
            <w:r>
              <w:t>☐</w:t>
            </w:r>
          </w:p>
        </w:tc>
        <w:tc>
          <w:tcPr>
            <w:tcW w:w="1007" w:type="dxa"/>
            <w:tcMar>
              <w:top w:w="100" w:type="dxa"/>
              <w:left w:w="100" w:type="dxa"/>
              <w:bottom w:w="100" w:type="dxa"/>
              <w:right w:w="100" w:type="dxa"/>
            </w:tcMar>
            <w:vAlign w:val="center"/>
          </w:tcPr>
          <w:p w:rsidR="009C2F37" w:rsidRDefault="0073548A" w14:paraId="124FE23E" w14:textId="77777777">
            <w:r>
              <w:t>☐</w:t>
            </w:r>
          </w:p>
        </w:tc>
        <w:tc>
          <w:tcPr>
            <w:tcW w:w="2015" w:type="dxa"/>
            <w:tcMar>
              <w:top w:w="100" w:type="dxa"/>
              <w:left w:w="100" w:type="dxa"/>
              <w:bottom w:w="100" w:type="dxa"/>
              <w:right w:w="100" w:type="dxa"/>
            </w:tcMar>
            <w:vAlign w:val="center"/>
          </w:tcPr>
          <w:p w:rsidR="009C2F37" w:rsidRDefault="009C2F37" w14:paraId="1DA70C9D" w14:textId="77777777"/>
        </w:tc>
      </w:tr>
      <w:tr w:rsidR="009C2F37" w14:paraId="385248C5" w14:textId="77777777">
        <w:trPr>
          <w:jc w:val="center"/>
        </w:trPr>
        <w:tc>
          <w:tcPr>
            <w:tcW w:w="6480" w:type="dxa"/>
            <w:tcMar>
              <w:top w:w="100" w:type="dxa"/>
              <w:left w:w="100" w:type="dxa"/>
              <w:bottom w:w="100" w:type="dxa"/>
              <w:right w:w="100" w:type="dxa"/>
            </w:tcMar>
            <w:vAlign w:val="center"/>
          </w:tcPr>
          <w:p w:rsidR="009C2F37" w:rsidRDefault="0073548A" w14:paraId="68EF857E" w14:textId="77777777">
            <w:r>
              <w:t>Short update suitable for publication in the Trust newsletter</w:t>
            </w:r>
          </w:p>
        </w:tc>
        <w:tc>
          <w:tcPr>
            <w:tcW w:w="1007" w:type="dxa"/>
            <w:tcMar>
              <w:top w:w="100" w:type="dxa"/>
              <w:left w:w="100" w:type="dxa"/>
              <w:bottom w:w="100" w:type="dxa"/>
              <w:right w:w="100" w:type="dxa"/>
            </w:tcMar>
            <w:vAlign w:val="center"/>
          </w:tcPr>
          <w:p w:rsidR="009C2F37" w:rsidRDefault="0073548A" w14:paraId="47E114C8" w14:textId="77777777">
            <w:r>
              <w:t>☐</w:t>
            </w:r>
          </w:p>
        </w:tc>
        <w:tc>
          <w:tcPr>
            <w:tcW w:w="1007" w:type="dxa"/>
            <w:tcMar>
              <w:top w:w="100" w:type="dxa"/>
              <w:left w:w="100" w:type="dxa"/>
              <w:bottom w:w="100" w:type="dxa"/>
              <w:right w:w="100" w:type="dxa"/>
            </w:tcMar>
            <w:vAlign w:val="center"/>
          </w:tcPr>
          <w:p w:rsidR="009C2F37" w:rsidRDefault="0073548A" w14:paraId="20E7069D" w14:textId="77777777">
            <w:r>
              <w:t>☐</w:t>
            </w:r>
          </w:p>
        </w:tc>
        <w:tc>
          <w:tcPr>
            <w:tcW w:w="2015" w:type="dxa"/>
            <w:tcMar>
              <w:top w:w="100" w:type="dxa"/>
              <w:left w:w="100" w:type="dxa"/>
              <w:bottom w:w="100" w:type="dxa"/>
              <w:right w:w="100" w:type="dxa"/>
            </w:tcMar>
            <w:vAlign w:val="center"/>
          </w:tcPr>
          <w:p w:rsidR="009C2F37" w:rsidRDefault="009C2F37" w14:paraId="59F57339" w14:textId="77777777"/>
        </w:tc>
      </w:tr>
    </w:tbl>
    <w:p w:rsidR="009C2F37" w:rsidRDefault="0073548A" w14:paraId="47BE7918" w14:textId="2599A71F">
      <w:pPr>
        <w:pStyle w:val="Heading2"/>
      </w:pPr>
      <w:r w:rsidRPr="64036E25" w:rsidR="363E2531">
        <w:rPr>
          <w:rFonts w:ascii="Aptos" w:hAnsi="Aptos" w:eastAsia="Aptos"/>
        </w:rPr>
        <w:t xml:space="preserve">13. Six-monthly written </w:t>
      </w:r>
      <w:r w:rsidRPr="64036E25" w:rsidR="363E2531">
        <w:rPr>
          <w:rFonts w:ascii="Aptos" w:hAnsi="Aptos" w:eastAsia="Aptos"/>
        </w:rPr>
        <w:t>reports</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50 words</w:t>
      </w:r>
    </w:p>
    <w:p w:rsidR="009C2F37" w:rsidRDefault="0073548A" w14:paraId="71386B27" w14:textId="77777777">
      <w:pPr>
        <w:spacing w:after="60"/>
      </w:pPr>
      <w:r>
        <w:t xml:space="preserve">Briefly outline how progress reporting will be provided during the </w:t>
      </w:r>
      <w:r>
        <w:t>project.</w:t>
      </w:r>
    </w:p>
    <w:tbl>
      <w:tblPr>
        <w:tblW w:w="0" w:type="auto"/>
        <w:jc w:val="center"/>
        <w:tblLook w:val="04A0" w:firstRow="1" w:lastRow="0" w:firstColumn="1" w:lastColumn="0" w:noHBand="0" w:noVBand="1"/>
      </w:tblPr>
      <w:tblGrid>
        <w:gridCol w:w="10224"/>
      </w:tblGrid>
      <w:tr w:rsidR="009C2F37" w14:paraId="6698044E" w14:textId="77777777">
        <w:trPr>
          <w:jc w:val="center"/>
        </w:trPr>
        <w:tc>
          <w:tcPr>
            <w:tcW w:w="10224" w:type="dxa"/>
            <w:shd w:val="clear" w:color="auto" w:fill="FFFFFF"/>
            <w:tcMar>
              <w:top w:w="120" w:type="dxa"/>
              <w:left w:w="140" w:type="dxa"/>
              <w:bottom w:w="120" w:type="dxa"/>
              <w:right w:w="140" w:type="dxa"/>
            </w:tcMar>
          </w:tcPr>
          <w:p w:rsidR="009C2F37" w:rsidRDefault="009C2F37" w14:paraId="1C73A46A" w14:textId="77777777"/>
          <w:p w:rsidR="009C2F37" w:rsidRDefault="009C2F37" w14:paraId="1B774A0E" w14:textId="77777777">
            <w:pPr>
              <w:spacing w:after="240"/>
            </w:pPr>
          </w:p>
          <w:p w:rsidR="009C2F37" w:rsidRDefault="009C2F37" w14:paraId="4A60C2DE" w14:textId="77777777">
            <w:pPr>
              <w:spacing w:after="240"/>
            </w:pPr>
          </w:p>
          <w:p w:rsidR="009C2F37" w:rsidRDefault="009C2F37" w14:paraId="7D2098EF" w14:textId="77777777">
            <w:pPr>
              <w:spacing w:after="240"/>
            </w:pPr>
          </w:p>
        </w:tc>
      </w:tr>
    </w:tbl>
    <w:p w:rsidR="009C2F37" w:rsidRDefault="0073548A" w14:paraId="70EA0B5C" w14:textId="49B5BC56">
      <w:pPr>
        <w:pStyle w:val="Heading2"/>
      </w:pPr>
      <w:r w:rsidRPr="64036E25" w:rsidR="363E2531">
        <w:rPr>
          <w:rFonts w:ascii="Aptos" w:hAnsi="Aptos" w:eastAsia="Aptos"/>
        </w:rPr>
        <w:t xml:space="preserve">14. Final presentation to the </w:t>
      </w:r>
      <w:r w:rsidRPr="64036E25" w:rsidR="363E2531">
        <w:rPr>
          <w:rFonts w:ascii="Aptos" w:hAnsi="Aptos" w:eastAsia="Aptos"/>
        </w:rPr>
        <w:t>Board</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50 words</w:t>
      </w:r>
    </w:p>
    <w:p w:rsidR="009C2F37" w:rsidRDefault="0073548A" w14:paraId="5DC2BF42" w14:textId="77777777">
      <w:pPr>
        <w:spacing w:after="60"/>
      </w:pPr>
      <w:r>
        <w:t>Briefly describe the intended content and format of the final presentation, including recommendations.</w:t>
      </w:r>
    </w:p>
    <w:tbl>
      <w:tblPr>
        <w:tblW w:w="0" w:type="auto"/>
        <w:jc w:val="center"/>
        <w:tblLook w:val="04A0" w:firstRow="1" w:lastRow="0" w:firstColumn="1" w:lastColumn="0" w:noHBand="0" w:noVBand="1"/>
      </w:tblPr>
      <w:tblGrid>
        <w:gridCol w:w="10224"/>
      </w:tblGrid>
      <w:tr w:rsidR="009C2F37" w14:paraId="6618348F" w14:textId="77777777">
        <w:trPr>
          <w:jc w:val="center"/>
        </w:trPr>
        <w:tc>
          <w:tcPr>
            <w:tcW w:w="10224" w:type="dxa"/>
            <w:shd w:val="clear" w:color="auto" w:fill="FFFFFF"/>
            <w:tcMar>
              <w:top w:w="120" w:type="dxa"/>
              <w:left w:w="140" w:type="dxa"/>
              <w:bottom w:w="120" w:type="dxa"/>
              <w:right w:w="140" w:type="dxa"/>
            </w:tcMar>
          </w:tcPr>
          <w:p w:rsidR="009C2F37" w:rsidRDefault="009C2F37" w14:paraId="1330241E" w14:textId="77777777"/>
          <w:p w:rsidR="009C2F37" w:rsidRDefault="009C2F37" w14:paraId="38E63DE8" w14:textId="77777777">
            <w:pPr>
              <w:spacing w:after="240"/>
            </w:pPr>
          </w:p>
          <w:p w:rsidR="009C2F37" w:rsidRDefault="009C2F37" w14:paraId="73E1D128" w14:textId="77777777">
            <w:pPr>
              <w:spacing w:after="240"/>
            </w:pPr>
          </w:p>
          <w:p w:rsidR="009C2F37" w:rsidRDefault="009C2F37" w14:paraId="3921F09B" w14:textId="77777777">
            <w:pPr>
              <w:spacing w:after="240"/>
            </w:pPr>
          </w:p>
        </w:tc>
      </w:tr>
    </w:tbl>
    <w:p w:rsidR="009C2F37" w:rsidRDefault="0073548A" w14:paraId="49A55260" w14:textId="73427691">
      <w:pPr>
        <w:pStyle w:val="Heading2"/>
      </w:pPr>
      <w:r w:rsidRPr="64036E25" w:rsidR="363E2531">
        <w:rPr>
          <w:rFonts w:ascii="Aptos" w:hAnsi="Aptos" w:eastAsia="Aptos"/>
        </w:rPr>
        <w:t xml:space="preserve">15. Newsletter </w:t>
      </w:r>
      <w:r w:rsidRPr="64036E25" w:rsidR="363E2531">
        <w:rPr>
          <w:rFonts w:ascii="Aptos" w:hAnsi="Aptos" w:eastAsia="Aptos"/>
        </w:rPr>
        <w:t>update</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50 words</w:t>
      </w:r>
    </w:p>
    <w:p w:rsidR="009C2F37" w:rsidRDefault="0073548A" w14:paraId="66561373" w14:textId="77777777">
      <w:pPr>
        <w:spacing w:after="60"/>
      </w:pPr>
      <w:r>
        <w:t>Briefly describe the kind of information that could be provided for publication in the Trust newsletter.</w:t>
      </w:r>
    </w:p>
    <w:tbl>
      <w:tblPr>
        <w:tblW w:w="0" w:type="auto"/>
        <w:jc w:val="center"/>
        <w:tblLook w:val="04A0" w:firstRow="1" w:lastRow="0" w:firstColumn="1" w:lastColumn="0" w:noHBand="0" w:noVBand="1"/>
      </w:tblPr>
      <w:tblGrid>
        <w:gridCol w:w="10224"/>
      </w:tblGrid>
      <w:tr w:rsidR="009C2F37" w14:paraId="63391585" w14:textId="77777777">
        <w:trPr>
          <w:jc w:val="center"/>
        </w:trPr>
        <w:tc>
          <w:tcPr>
            <w:tcW w:w="10224" w:type="dxa"/>
            <w:shd w:val="clear" w:color="auto" w:fill="FFFFFF"/>
            <w:tcMar>
              <w:top w:w="120" w:type="dxa"/>
              <w:left w:w="140" w:type="dxa"/>
              <w:bottom w:w="120" w:type="dxa"/>
              <w:right w:w="140" w:type="dxa"/>
            </w:tcMar>
          </w:tcPr>
          <w:p w:rsidR="009C2F37" w:rsidRDefault="009C2F37" w14:paraId="0F35162C" w14:textId="77777777"/>
          <w:p w:rsidR="009C2F37" w:rsidRDefault="009C2F37" w14:paraId="02A03EF9" w14:textId="77777777">
            <w:pPr>
              <w:spacing w:after="240"/>
            </w:pPr>
          </w:p>
          <w:p w:rsidR="009C2F37" w:rsidRDefault="009C2F37" w14:paraId="589C97A5" w14:textId="77777777">
            <w:pPr>
              <w:spacing w:after="240"/>
            </w:pPr>
          </w:p>
          <w:p w:rsidR="009C2F37" w:rsidRDefault="009C2F37" w14:paraId="0A726FD6" w14:textId="77777777">
            <w:pPr>
              <w:spacing w:after="240"/>
            </w:pPr>
          </w:p>
        </w:tc>
      </w:tr>
    </w:tbl>
    <w:p w:rsidR="009C2F37" w:rsidRDefault="0073548A" w14:paraId="1FFB72AC" w14:textId="68A99866">
      <w:pPr>
        <w:pStyle w:val="Heading2"/>
      </w:pPr>
      <w:r w:rsidRPr="64036E25" w:rsidR="363E2531">
        <w:rPr>
          <w:rFonts w:ascii="Aptos" w:hAnsi="Aptos" w:eastAsia="Aptos"/>
        </w:rPr>
        <w:t xml:space="preserve">16. </w:t>
      </w:r>
      <w:r w:rsidRPr="64036E25" w:rsidR="363E2531">
        <w:rPr>
          <w:rFonts w:ascii="Aptos" w:hAnsi="Aptos" w:eastAsia="Aptos"/>
        </w:rPr>
        <w:t>Additional</w:t>
      </w:r>
      <w:r w:rsidRPr="64036E25" w:rsidR="363E2531">
        <w:rPr>
          <w:rFonts w:ascii="Aptos" w:hAnsi="Aptos" w:eastAsia="Aptos"/>
        </w:rPr>
        <w:t xml:space="preserve"> outputs and </w:t>
      </w:r>
      <w:r w:rsidRPr="64036E25" w:rsidR="363E2531">
        <w:rPr>
          <w:rFonts w:ascii="Aptos" w:hAnsi="Aptos" w:eastAsia="Aptos"/>
        </w:rPr>
        <w:t>timelines</w:t>
      </w:r>
      <w:r w:rsidRPr="64036E25" w:rsidR="363E2531">
        <w:rPr>
          <w:rFonts w:ascii="Aptos" w:hAnsi="Aptos" w:eastAsia="Aptos"/>
          <w:b w:val="0"/>
          <w:bCs w:val="0"/>
          <w:color w:val="666666"/>
          <w:sz w:val="18"/>
          <w:szCs w:val="18"/>
        </w:rPr>
        <w:t xml:space="preserve">  |</w:t>
      </w:r>
      <w:r w:rsidRPr="64036E25" w:rsidR="363E2531">
        <w:rPr>
          <w:rFonts w:ascii="Aptos" w:hAnsi="Aptos" w:eastAsia="Aptos"/>
          <w:b w:val="0"/>
          <w:bCs w:val="0"/>
          <w:color w:val="666666"/>
          <w:sz w:val="18"/>
          <w:szCs w:val="18"/>
        </w:rPr>
        <w:t xml:space="preserve">  Word limit: </w:t>
      </w:r>
      <w:r w:rsidRPr="64036E25" w:rsidR="3374FBF3">
        <w:rPr>
          <w:rFonts w:ascii="Aptos" w:hAnsi="Aptos" w:eastAsia="Aptos"/>
          <w:b w:val="0"/>
          <w:bCs w:val="0"/>
          <w:color w:val="666666"/>
          <w:sz w:val="18"/>
          <w:szCs w:val="18"/>
        </w:rPr>
        <w:t>2</w:t>
      </w:r>
      <w:r w:rsidRPr="64036E25" w:rsidR="363E2531">
        <w:rPr>
          <w:rFonts w:ascii="Aptos" w:hAnsi="Aptos" w:eastAsia="Aptos"/>
          <w:b w:val="0"/>
          <w:bCs w:val="0"/>
          <w:color w:val="666666"/>
          <w:sz w:val="18"/>
          <w:szCs w:val="18"/>
        </w:rPr>
        <w:t>00 words</w:t>
      </w:r>
    </w:p>
    <w:p w:rsidR="009C2F37" w:rsidRDefault="0073548A" w14:paraId="0C6B04C8" w14:textId="77777777">
      <w:pPr>
        <w:spacing w:after="60"/>
      </w:pPr>
      <w:r>
        <w:t>Describe any additional outputs expected from the project, such as publications, datasets, recommendations, resources, community engagement, student outcomes or presentations. Include indicative timelines.</w:t>
      </w:r>
    </w:p>
    <w:tbl>
      <w:tblPr>
        <w:tblW w:w="0" w:type="auto"/>
        <w:jc w:val="center"/>
        <w:tblLook w:val="04A0" w:firstRow="1" w:lastRow="0" w:firstColumn="1" w:lastColumn="0" w:noHBand="0" w:noVBand="1"/>
      </w:tblPr>
      <w:tblGrid>
        <w:gridCol w:w="10224"/>
      </w:tblGrid>
      <w:tr w:rsidR="009C2F37" w14:paraId="031B3A3B" w14:textId="77777777">
        <w:trPr>
          <w:jc w:val="center"/>
        </w:trPr>
        <w:tc>
          <w:tcPr>
            <w:tcW w:w="10224" w:type="dxa"/>
            <w:shd w:val="clear" w:color="auto" w:fill="FFFFFF"/>
            <w:tcMar>
              <w:top w:w="120" w:type="dxa"/>
              <w:left w:w="140" w:type="dxa"/>
              <w:bottom w:w="120" w:type="dxa"/>
              <w:right w:w="140" w:type="dxa"/>
            </w:tcMar>
          </w:tcPr>
          <w:p w:rsidR="009C2F37" w:rsidRDefault="009C2F37" w14:paraId="00A32D66" w14:textId="77777777"/>
          <w:p w:rsidR="009C2F37" w:rsidRDefault="009C2F37" w14:paraId="0F115323" w14:textId="77777777">
            <w:pPr>
              <w:spacing w:after="240"/>
            </w:pPr>
          </w:p>
          <w:p w:rsidR="009C2F37" w:rsidRDefault="009C2F37" w14:paraId="26AF1838" w14:textId="77777777">
            <w:pPr>
              <w:spacing w:after="240"/>
            </w:pPr>
          </w:p>
          <w:p w:rsidR="009C2F37" w:rsidRDefault="009C2F37" w14:paraId="2640EBA8" w14:textId="77777777">
            <w:pPr>
              <w:spacing w:after="240"/>
            </w:pPr>
          </w:p>
          <w:p w:rsidR="009C2F37" w:rsidRDefault="009C2F37" w14:paraId="239D5CEB" w14:textId="77777777">
            <w:pPr>
              <w:spacing w:after="240"/>
            </w:pPr>
          </w:p>
          <w:p w:rsidR="009C2F37" w:rsidRDefault="009C2F37" w14:paraId="67026D23" w14:textId="77777777">
            <w:pPr>
              <w:spacing w:after="240"/>
            </w:pPr>
          </w:p>
          <w:p w:rsidR="009C2F37" w:rsidRDefault="009C2F37" w14:paraId="6321BE07" w14:textId="77777777">
            <w:pPr>
              <w:spacing w:after="240"/>
            </w:pPr>
          </w:p>
          <w:p w:rsidR="009C2F37" w:rsidRDefault="009C2F37" w14:paraId="208400B1" w14:textId="77777777">
            <w:pPr>
              <w:spacing w:after="240"/>
            </w:pPr>
          </w:p>
        </w:tc>
      </w:tr>
    </w:tbl>
    <w:p w:rsidR="009C2F37" w:rsidRDefault="0073548A" w14:paraId="46959830" w14:textId="77777777">
      <w:pPr>
        <w:pStyle w:val="Heading1"/>
      </w:pPr>
      <w:r>
        <w:rPr>
          <w:rFonts w:ascii="Aptos" w:hAnsi="Aptos" w:eastAsia="Aptos"/>
        </w:rPr>
        <w:lastRenderedPageBreak/>
        <w:t>Applicant Declaration</w:t>
      </w:r>
    </w:p>
    <w:tbl>
      <w:tblPr>
        <w:tblW w:w="0" w:type="auto"/>
        <w:jc w:val="center"/>
        <w:tblLook w:val="04A0" w:firstRow="1" w:lastRow="0" w:firstColumn="1" w:lastColumn="0" w:noHBand="0" w:noVBand="1"/>
      </w:tblPr>
      <w:tblGrid>
        <w:gridCol w:w="10224"/>
      </w:tblGrid>
      <w:tr w:rsidR="009C2F37" w14:paraId="31A7CCB5" w14:textId="77777777">
        <w:trPr>
          <w:jc w:val="center"/>
        </w:trPr>
        <w:tc>
          <w:tcPr>
            <w:tcW w:w="10224" w:type="dxa"/>
            <w:shd w:val="clear" w:color="auto" w:fill="F2F2F2"/>
            <w:tcMar>
              <w:top w:w="140" w:type="dxa"/>
              <w:left w:w="160" w:type="dxa"/>
              <w:bottom w:w="140" w:type="dxa"/>
              <w:right w:w="160" w:type="dxa"/>
            </w:tcMar>
          </w:tcPr>
          <w:p w:rsidR="009C2F37" w:rsidRDefault="0073548A" w14:paraId="73FC5077" w14:textId="77777777">
            <w:r>
              <w:t xml:space="preserve">I confirm that the information provided in this application is </w:t>
            </w:r>
            <w:r>
              <w:t>accurate and complete to the best of my knowledge. I understand that any grant awarded will be subject to the conditions specified by the Rod Donald Banks Peninsula Trust.</w:t>
            </w:r>
          </w:p>
        </w:tc>
      </w:tr>
    </w:tbl>
    <w:tbl>
      <w:tblPr>
        <w:tblStyle w:val="TableGrid"/>
        <w:tblW w:w="0" w:type="auto"/>
        <w:jc w:val="center"/>
        <w:tblLook w:val="04A0" w:firstRow="1" w:lastRow="0" w:firstColumn="1" w:lastColumn="0" w:noHBand="0" w:noVBand="1"/>
      </w:tblPr>
      <w:tblGrid>
        <w:gridCol w:w="3456"/>
        <w:gridCol w:w="3456"/>
        <w:gridCol w:w="2592"/>
      </w:tblGrid>
      <w:tr w:rsidR="009C2F37" w14:paraId="7D0CF7D3" w14:textId="77777777">
        <w:trPr>
          <w:tblHeader/>
          <w:jc w:val="center"/>
        </w:trPr>
        <w:tc>
          <w:tcPr>
            <w:tcW w:w="3456" w:type="dxa"/>
            <w:shd w:val="clear" w:color="auto" w:fill="1F4E79"/>
            <w:tcMar>
              <w:top w:w="100" w:type="dxa"/>
              <w:left w:w="100" w:type="dxa"/>
              <w:bottom w:w="100" w:type="dxa"/>
              <w:right w:w="100" w:type="dxa"/>
            </w:tcMar>
            <w:vAlign w:val="center"/>
          </w:tcPr>
          <w:p w:rsidR="009C2F37" w:rsidRDefault="0073548A" w14:paraId="0D650FC0" w14:textId="77777777">
            <w:pPr>
              <w:jc w:val="center"/>
            </w:pPr>
            <w:r>
              <w:rPr>
                <w:b/>
                <w:color w:val="FFFFFF"/>
                <w:sz w:val="19"/>
              </w:rPr>
              <w:t>Applicant name</w:t>
            </w:r>
          </w:p>
        </w:tc>
        <w:tc>
          <w:tcPr>
            <w:tcW w:w="3456" w:type="dxa"/>
            <w:shd w:val="clear" w:color="auto" w:fill="1F4E79"/>
            <w:tcMar>
              <w:top w:w="100" w:type="dxa"/>
              <w:left w:w="100" w:type="dxa"/>
              <w:bottom w:w="100" w:type="dxa"/>
              <w:right w:w="100" w:type="dxa"/>
            </w:tcMar>
            <w:vAlign w:val="center"/>
          </w:tcPr>
          <w:p w:rsidR="009C2F37" w:rsidRDefault="0073548A" w14:paraId="791A03FA" w14:textId="77777777">
            <w:pPr>
              <w:jc w:val="center"/>
            </w:pPr>
            <w:r>
              <w:rPr>
                <w:b/>
                <w:color w:val="FFFFFF"/>
                <w:sz w:val="19"/>
              </w:rPr>
              <w:t>Signature</w:t>
            </w:r>
          </w:p>
        </w:tc>
        <w:tc>
          <w:tcPr>
            <w:tcW w:w="2592" w:type="dxa"/>
            <w:shd w:val="clear" w:color="auto" w:fill="1F4E79"/>
            <w:tcMar>
              <w:top w:w="100" w:type="dxa"/>
              <w:left w:w="100" w:type="dxa"/>
              <w:bottom w:w="100" w:type="dxa"/>
              <w:right w:w="100" w:type="dxa"/>
            </w:tcMar>
            <w:vAlign w:val="center"/>
          </w:tcPr>
          <w:p w:rsidR="009C2F37" w:rsidRDefault="0073548A" w14:paraId="761775BE" w14:textId="77777777">
            <w:pPr>
              <w:jc w:val="center"/>
            </w:pPr>
            <w:r>
              <w:rPr>
                <w:b/>
                <w:color w:val="FFFFFF"/>
                <w:sz w:val="19"/>
              </w:rPr>
              <w:t>Date</w:t>
            </w:r>
          </w:p>
        </w:tc>
      </w:tr>
      <w:tr w:rsidR="009C2F37" w14:paraId="62549C34" w14:textId="77777777">
        <w:trPr>
          <w:jc w:val="center"/>
        </w:trPr>
        <w:tc>
          <w:tcPr>
            <w:tcW w:w="3456" w:type="dxa"/>
            <w:tcMar>
              <w:top w:w="100" w:type="dxa"/>
              <w:left w:w="100" w:type="dxa"/>
              <w:bottom w:w="100" w:type="dxa"/>
              <w:right w:w="100" w:type="dxa"/>
            </w:tcMar>
            <w:vAlign w:val="center"/>
          </w:tcPr>
          <w:p w:rsidR="009C2F37" w:rsidRDefault="009C2F37" w14:paraId="758C58F4" w14:textId="77777777"/>
        </w:tc>
        <w:tc>
          <w:tcPr>
            <w:tcW w:w="3456" w:type="dxa"/>
            <w:tcMar>
              <w:top w:w="100" w:type="dxa"/>
              <w:left w:w="100" w:type="dxa"/>
              <w:bottom w:w="100" w:type="dxa"/>
              <w:right w:w="100" w:type="dxa"/>
            </w:tcMar>
            <w:vAlign w:val="center"/>
          </w:tcPr>
          <w:p w:rsidR="009C2F37" w:rsidRDefault="009C2F37" w14:paraId="243D79DC" w14:textId="77777777"/>
        </w:tc>
        <w:tc>
          <w:tcPr>
            <w:tcW w:w="2592" w:type="dxa"/>
            <w:tcMar>
              <w:top w:w="100" w:type="dxa"/>
              <w:left w:w="100" w:type="dxa"/>
              <w:bottom w:w="100" w:type="dxa"/>
              <w:right w:w="100" w:type="dxa"/>
            </w:tcMar>
            <w:vAlign w:val="center"/>
          </w:tcPr>
          <w:p w:rsidR="009C2F37" w:rsidRDefault="009C2F37" w14:paraId="6578B214" w14:textId="77777777"/>
        </w:tc>
      </w:tr>
    </w:tbl>
    <w:p w:rsidR="0073548A" w:rsidRDefault="0073548A" w14:paraId="62F96928" w14:textId="77777777"/>
    <w:sectPr w:rsidR="00000000" w:rsidSect="00034616">
      <w:headerReference w:type="default" r:id="rId8"/>
      <w:footerReference w:type="default" r:id="rId9"/>
      <w:pgSz w:w="12240" w:h="15840" w:orient="portrait"/>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3548A" w:rsidRDefault="0073548A" w14:paraId="75E460A3" w14:textId="77777777">
      <w:pPr>
        <w:spacing w:after="0" w:line="240" w:lineRule="auto"/>
      </w:pPr>
      <w:r>
        <w:separator/>
      </w:r>
    </w:p>
  </w:endnote>
  <w:endnote w:type="continuationSeparator" w:id="0">
    <w:p w:rsidR="0073548A" w:rsidRDefault="0073548A" w14:paraId="5285A2D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C2F37" w:rsidP="1E2A36C0" w:rsidRDefault="0073548A" w14:paraId="71EECBDD" w14:textId="27E41658">
    <w:pPr>
      <w:pStyle w:val="Footer"/>
      <w:suppressLineNumbers w:val="0"/>
      <w:bidi w:val="0"/>
      <w:spacing w:before="0" w:beforeAutospacing="off" w:after="0" w:afterAutospacing="off" w:line="240" w:lineRule="auto"/>
      <w:ind w:left="0" w:right="0"/>
      <w:jc w:val="center"/>
    </w:pPr>
    <w:r w:rsidRPr="1E2A36C0" w:rsidR="1E2A36C0">
      <w:rPr>
        <w:color w:val="666666"/>
        <w:sz w:val="16"/>
        <w:szCs w:val="16"/>
      </w:rPr>
      <w:t>Applic</w:t>
    </w:r>
    <w:r w:rsidRPr="1E2A36C0" w:rsidR="1E2A36C0">
      <w:rPr>
        <w:color w:val="666666"/>
        <w:sz w:val="16"/>
        <w:szCs w:val="16"/>
      </w:rPr>
      <w:t>ation form</w:t>
    </w:r>
    <w:r w:rsidRPr="1E2A36C0" w:rsidR="1E2A36C0">
      <w:rPr>
        <w:color w:val="666666"/>
        <w:sz w:val="16"/>
        <w:szCs w:val="16"/>
      </w:rPr>
      <w:t xml:space="preserve"> | Please </w:t>
    </w:r>
    <w:r w:rsidRPr="1E2A36C0" w:rsidR="1E2A36C0">
      <w:rPr>
        <w:color w:val="666666"/>
        <w:sz w:val="16"/>
        <w:szCs w:val="16"/>
      </w:rPr>
      <w:t>submit</w:t>
    </w:r>
    <w:r w:rsidRPr="1E2A36C0" w:rsidR="1E2A36C0">
      <w:rPr>
        <w:color w:val="666666"/>
        <w:sz w:val="16"/>
        <w:szCs w:val="16"/>
      </w:rPr>
      <w:t xml:space="preserve"> completed applications to manager@roddonaldtrust.co.nz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3548A" w:rsidRDefault="0073548A" w14:paraId="6C5ED70D" w14:textId="77777777">
      <w:pPr>
        <w:spacing w:after="0" w:line="240" w:lineRule="auto"/>
      </w:pPr>
      <w:r>
        <w:separator/>
      </w:r>
    </w:p>
  </w:footnote>
  <w:footnote w:type="continuationSeparator" w:id="0">
    <w:p w:rsidR="0073548A" w:rsidRDefault="0073548A" w14:paraId="2B0CB6C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C2F37" w:rsidRDefault="0073548A" w14:paraId="1A1BC0D9" w14:textId="5C194504">
    <w:pPr>
      <w:pStyle w:val="Header"/>
      <w:jc w:val="right"/>
    </w:pPr>
    <w:r w:rsidRPr="1E2A36C0" w:rsidR="1E2A36C0">
      <w:rPr>
        <w:color w:val="666666"/>
        <w:sz w:val="16"/>
        <w:szCs w:val="16"/>
      </w:rPr>
      <w:t xml:space="preserve">Rod Donald Banks </w:t>
    </w:r>
    <w:r w:rsidRPr="1E2A36C0" w:rsidR="1E2A36C0">
      <w:rPr>
        <w:color w:val="666666"/>
        <w:sz w:val="16"/>
        <w:szCs w:val="16"/>
      </w:rPr>
      <w:t xml:space="preserve">Peninsula Trust | Research Grant Application </w:t>
    </w:r>
    <w:r w:rsidRPr="1E2A36C0" w:rsidR="1E2A36C0">
      <w:rPr>
        <w:color w:val="666666"/>
        <w:sz w:val="16"/>
        <w:szCs w:val="16"/>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936791495">
    <w:abstractNumId w:val="8"/>
  </w:num>
  <w:num w:numId="2" w16cid:durableId="877936161">
    <w:abstractNumId w:val="6"/>
  </w:num>
  <w:num w:numId="3" w16cid:durableId="808786341">
    <w:abstractNumId w:val="5"/>
  </w:num>
  <w:num w:numId="4" w16cid:durableId="312758524">
    <w:abstractNumId w:val="4"/>
  </w:num>
  <w:num w:numId="5" w16cid:durableId="1667977662">
    <w:abstractNumId w:val="7"/>
  </w:num>
  <w:num w:numId="6" w16cid:durableId="754280451">
    <w:abstractNumId w:val="3"/>
  </w:num>
  <w:num w:numId="7" w16cid:durableId="1310279733">
    <w:abstractNumId w:val="2"/>
  </w:num>
  <w:num w:numId="8" w16cid:durableId="19670895">
    <w:abstractNumId w:val="1"/>
  </w:num>
  <w:num w:numId="9" w16cid:durableId="1255095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434C"/>
    <w:rsid w:val="0015074B"/>
    <w:rsid w:val="0029639D"/>
    <w:rsid w:val="00326F90"/>
    <w:rsid w:val="0073548A"/>
    <w:rsid w:val="009C2F37"/>
    <w:rsid w:val="00AA1D8D"/>
    <w:rsid w:val="00B47730"/>
    <w:rsid w:val="00CB0664"/>
    <w:rsid w:val="00FC693F"/>
    <w:rsid w:val="0263F092"/>
    <w:rsid w:val="04408948"/>
    <w:rsid w:val="04CE27AB"/>
    <w:rsid w:val="054FAE9C"/>
    <w:rsid w:val="0C8A038D"/>
    <w:rsid w:val="1100DAEF"/>
    <w:rsid w:val="13A64225"/>
    <w:rsid w:val="1B3DD7A0"/>
    <w:rsid w:val="1E2A36C0"/>
    <w:rsid w:val="202EC5E3"/>
    <w:rsid w:val="206C4EDE"/>
    <w:rsid w:val="2195A692"/>
    <w:rsid w:val="21F075EF"/>
    <w:rsid w:val="2260CAB3"/>
    <w:rsid w:val="297BC0F2"/>
    <w:rsid w:val="2EA79930"/>
    <w:rsid w:val="3374FBF3"/>
    <w:rsid w:val="338543C2"/>
    <w:rsid w:val="339A6FF9"/>
    <w:rsid w:val="348E8B8E"/>
    <w:rsid w:val="363E2531"/>
    <w:rsid w:val="3D652F8F"/>
    <w:rsid w:val="4C94DAED"/>
    <w:rsid w:val="57F73F7C"/>
    <w:rsid w:val="5BA30B1D"/>
    <w:rsid w:val="5D367CBE"/>
    <w:rsid w:val="64036E25"/>
    <w:rsid w:val="69606371"/>
    <w:rsid w:val="734D363B"/>
    <w:rsid w:val="762FFC1D"/>
    <w:rsid w:val="7788AE25"/>
    <w:rsid w:val="7DDE2134"/>
    <w:rsid w:val="7F8099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723FEB"/>
  <w14:defaultImageDpi w14:val="300"/>
  <w15:docId w15:val="{711EB7C7-7543-4BF1-A2A6-558DE79A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120" w:line="252" w:lineRule="auto"/>
    </w:pPr>
    <w:rPr>
      <w:rFonts w:ascii="Aptos" w:hAnsi="Aptos" w:eastAsia="Aptos"/>
      <w:color w:val="1F1F1F"/>
      <w:sz w:val="21"/>
    </w:rPr>
  </w:style>
  <w:style w:type="paragraph" w:styleId="Heading1">
    <w:name w:val="heading 1"/>
    <w:basedOn w:val="Normal"/>
    <w:next w:val="Normal"/>
    <w:link w:val="Heading1Char"/>
    <w:uiPriority w:val="9"/>
    <w:qFormat/>
    <w:rsid w:val="00FC693F"/>
    <w:pPr>
      <w:keepNext/>
      <w:keepLines/>
      <w:spacing w:before="120" w:after="80"/>
      <w:outlineLvl w:val="0"/>
    </w:pPr>
    <w:rPr>
      <w:rFonts w:asciiTheme="majorHAnsi" w:hAnsiTheme="majorHAnsi" w:eastAsiaTheme="majorEastAsia"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hAnsiTheme="majorHAnsi" w:eastAsiaTheme="majorEastAsia" w:cstheme="majorBidi"/>
      <w:b/>
      <w:bCs/>
      <w:color w:val="548235"/>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before="120" w:after="80" w:line="240" w:lineRule="auto"/>
      <w:contextualSpacing/>
    </w:pPr>
    <w:rPr>
      <w:rFonts w:asciiTheme="majorHAnsi" w:hAnsiTheme="majorHAnsi" w:eastAsiaTheme="majorEastAsia" w:cstheme="majorBidi"/>
      <w:b/>
      <w:color w:val="1F4E79"/>
      <w:spacing w:val="5"/>
      <w:kern w:val="28"/>
      <w:sz w:val="44"/>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DC690BC9C0AF4288D5EEE4BCE7B22D" ma:contentTypeVersion="14" ma:contentTypeDescription="Create a new document." ma:contentTypeScope="" ma:versionID="1179ea49d7e691ae54972bb997f39c74">
  <xsd:schema xmlns:xsd="http://www.w3.org/2001/XMLSchema" xmlns:xs="http://www.w3.org/2001/XMLSchema" xmlns:p="http://schemas.microsoft.com/office/2006/metadata/properties" xmlns:ns2="799d10e5-f8d5-48f7-b64f-aab6e0cdd859" xmlns:ns3="2ecea68c-1072-4e69-bbf4-4f46de9e2c99" targetNamespace="http://schemas.microsoft.com/office/2006/metadata/properties" ma:root="true" ma:fieldsID="187d9261871bf933e1d24b8c186b4506" ns2:_="" ns3:_="">
    <xsd:import namespace="799d10e5-f8d5-48f7-b64f-aab6e0cdd859"/>
    <xsd:import namespace="2ecea68c-1072-4e69-bbf4-4f46de9e2c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d10e5-f8d5-48f7-b64f-aab6e0cdd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860c59d-63e4-4b01-85ed-9db12509fdf0"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cea68c-1072-4e69-bbf4-4f46de9e2c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4d355d3-6d56-4877-ba22-a3d673dab301}" ma:internalName="TaxCatchAll" ma:showField="CatchAllData" ma:web="2ecea68c-1072-4e69-bbf4-4f46de9e2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9d10e5-f8d5-48f7-b64f-aab6e0cdd859">
      <Terms xmlns="http://schemas.microsoft.com/office/infopath/2007/PartnerControls"/>
    </lcf76f155ced4ddcb4097134ff3c332f>
    <TaxCatchAll xmlns="2ecea68c-1072-4e69-bbf4-4f46de9e2c99"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3667983-7470-4F10-93E6-714CC4C1C75E}"/>
</file>

<file path=customXml/itemProps3.xml><?xml version="1.0" encoding="utf-8"?>
<ds:datastoreItem xmlns:ds="http://schemas.openxmlformats.org/officeDocument/2006/customXml" ds:itemID="{9B966505-68BB-405C-9237-D78EC83F2593}"/>
</file>

<file path=customXml/itemProps4.xml><?xml version="1.0" encoding="utf-8"?>
<ds:datastoreItem xmlns:ds="http://schemas.openxmlformats.org/officeDocument/2006/customXml" ds:itemID="{47DBA851-1F76-4269-B04E-6551EC0F60E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Shelley Washington</dc:creator>
  <keywords/>
  <dc:description>generated by python-docx</dc:description>
  <lastModifiedBy>Shelley Washington</lastModifiedBy>
  <revision>6</revision>
  <dcterms:created xsi:type="dcterms:W3CDTF">2026-07-15T04:44:00.0000000Z</dcterms:created>
  <dcterms:modified xsi:type="dcterms:W3CDTF">2026-07-19T22:57:42.1655276Z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0x010100DBDC690BC9C0AF4288D5EEE4BCE7B22D</vt:lpwstr>
  </property>
  <property fmtid="{D5CDD505-2E9C-101B-9397-08002B2CF9AE}" pid="3" name="MediaServiceImageTags">
    <vt:lpwstr/>
  </property>
</Properties>
</file>